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1D887" w14:textId="25196D5B" w:rsidR="003E52C1" w:rsidRDefault="003E52C1" w:rsidP="003E52C1">
      <w:pPr>
        <w:rPr>
          <w:lang w:eastAsia="zh-CN"/>
        </w:rPr>
      </w:pPr>
      <w:r>
        <w:rPr>
          <w:rFonts w:hint="eastAsia"/>
          <w:lang w:eastAsia="ja-JP"/>
        </w:rPr>
        <w:t xml:space="preserve">　</w:t>
      </w:r>
      <w:r>
        <w:rPr>
          <w:rFonts w:hint="eastAsia"/>
          <w:lang w:eastAsia="zh-CN"/>
        </w:rPr>
        <w:t>様式第</w:t>
      </w:r>
      <w:r w:rsidR="00FF4ECF">
        <w:rPr>
          <w:rFonts w:hint="eastAsia"/>
          <w:lang w:eastAsia="zh-CN"/>
        </w:rPr>
        <w:t>２</w:t>
      </w:r>
      <w:r>
        <w:rPr>
          <w:lang w:eastAsia="zh-CN"/>
        </w:rPr>
        <w:t>号</w:t>
      </w:r>
      <w:r w:rsidR="00FF4ECF">
        <w:rPr>
          <w:rFonts w:hint="eastAsia"/>
          <w:lang w:eastAsia="zh-CN"/>
        </w:rPr>
        <w:t>（</w:t>
      </w:r>
      <w:r w:rsidR="00C564E6">
        <w:rPr>
          <w:rFonts w:hint="eastAsia"/>
          <w:lang w:eastAsia="zh-CN"/>
        </w:rPr>
        <w:t>第８条関係）</w:t>
      </w:r>
    </w:p>
    <w:p w14:paraId="294F516F" w14:textId="77777777" w:rsidR="00C564E6" w:rsidRDefault="00C564E6" w:rsidP="003E52C1">
      <w:pPr>
        <w:rPr>
          <w:lang w:eastAsia="zh-CN"/>
        </w:rPr>
      </w:pPr>
    </w:p>
    <w:p w14:paraId="007FB9B2" w14:textId="77777777" w:rsidR="00C564E6" w:rsidRDefault="00C564E6" w:rsidP="003E52C1">
      <w:pPr>
        <w:rPr>
          <w:lang w:eastAsia="zh-CN"/>
        </w:rPr>
      </w:pPr>
    </w:p>
    <w:p w14:paraId="2F1235AD" w14:textId="796EF8C7" w:rsidR="003E52C1" w:rsidRDefault="003E52C1" w:rsidP="006051D4">
      <w:pPr>
        <w:wordWrap w:val="0"/>
        <w:jc w:val="right"/>
        <w:rPr>
          <w:lang w:eastAsia="zh-CN"/>
        </w:rPr>
      </w:pPr>
      <w:r>
        <w:rPr>
          <w:rFonts w:hint="eastAsia"/>
          <w:lang w:eastAsia="zh-CN"/>
        </w:rPr>
        <w:t xml:space="preserve">　　　　　　　　　　　　　　　　　　　　年　　月　　日</w:t>
      </w:r>
      <w:r w:rsidR="006051D4">
        <w:rPr>
          <w:rFonts w:hint="eastAsia"/>
          <w:lang w:eastAsia="zh-CN"/>
        </w:rPr>
        <w:t xml:space="preserve">　</w:t>
      </w:r>
    </w:p>
    <w:p w14:paraId="68A1FFBE" w14:textId="77777777" w:rsidR="003E52C1" w:rsidRDefault="003E52C1" w:rsidP="003E52C1">
      <w:pPr>
        <w:rPr>
          <w:lang w:eastAsia="zh-CN"/>
        </w:rPr>
      </w:pPr>
    </w:p>
    <w:p w14:paraId="29DD0A52" w14:textId="77777777" w:rsidR="003E52C1" w:rsidRDefault="003E52C1" w:rsidP="003E52C1">
      <w:pPr>
        <w:rPr>
          <w:lang w:eastAsia="zh-CN"/>
        </w:rPr>
      </w:pPr>
      <w:r>
        <w:rPr>
          <w:rFonts w:hint="eastAsia"/>
          <w:lang w:eastAsia="zh-CN"/>
        </w:rPr>
        <w:t xml:space="preserve">　　鏡石町長　様</w:t>
      </w:r>
    </w:p>
    <w:p w14:paraId="1FE1ADA7" w14:textId="77777777" w:rsidR="003E52C1" w:rsidRDefault="003E52C1" w:rsidP="003E52C1">
      <w:pPr>
        <w:rPr>
          <w:lang w:eastAsia="zh-CN"/>
        </w:rPr>
      </w:pPr>
    </w:p>
    <w:p w14:paraId="2FCFAC8C" w14:textId="1FD2BE39" w:rsidR="003E52C1" w:rsidRDefault="003E52C1" w:rsidP="003E52C1">
      <w:pPr>
        <w:rPr>
          <w:lang w:eastAsia="zh-CN"/>
        </w:rPr>
      </w:pPr>
      <w:r>
        <w:rPr>
          <w:rFonts w:hint="eastAsia"/>
          <w:lang w:eastAsia="zh-CN"/>
        </w:rPr>
        <w:t xml:space="preserve">　　　　　　　　　　　　　　　　　誓約者　</w:t>
      </w:r>
      <w:r w:rsidR="006051D4">
        <w:rPr>
          <w:rFonts w:hint="eastAsia"/>
          <w:lang w:eastAsia="zh-CN"/>
        </w:rPr>
        <w:t xml:space="preserve"> </w:t>
      </w:r>
      <w:r w:rsidRPr="006051D4">
        <w:rPr>
          <w:rFonts w:hint="eastAsia"/>
          <w:spacing w:val="120"/>
          <w:fitText w:val="960" w:id="-472383232"/>
          <w:lang w:eastAsia="zh-CN"/>
        </w:rPr>
        <w:t xml:space="preserve">住　</w:t>
      </w:r>
      <w:r w:rsidRPr="006051D4">
        <w:rPr>
          <w:rFonts w:hint="eastAsia"/>
          <w:fitText w:val="960" w:id="-472383232"/>
          <w:lang w:eastAsia="zh-CN"/>
        </w:rPr>
        <w:t>所</w:t>
      </w:r>
      <w:r>
        <w:rPr>
          <w:rFonts w:hint="eastAsia"/>
          <w:lang w:eastAsia="zh-CN"/>
        </w:rPr>
        <w:t>：</w:t>
      </w:r>
      <w:r w:rsidR="006A32FE">
        <w:rPr>
          <w:rFonts w:hint="eastAsia"/>
          <w:lang w:eastAsia="zh-CN"/>
        </w:rPr>
        <w:t xml:space="preserve">　</w:t>
      </w:r>
    </w:p>
    <w:p w14:paraId="4D1B3845" w14:textId="266FDA33" w:rsidR="003E52C1" w:rsidRDefault="003E52C1" w:rsidP="003E52C1">
      <w:pPr>
        <w:rPr>
          <w:lang w:eastAsia="zh-CN"/>
        </w:rPr>
      </w:pPr>
      <w:r>
        <w:rPr>
          <w:rFonts w:hint="eastAsia"/>
          <w:lang w:eastAsia="zh-CN"/>
        </w:rPr>
        <w:t xml:space="preserve">　　　　　　　　　　　　　　　　　　　　　</w:t>
      </w:r>
      <w:r>
        <w:rPr>
          <w:lang w:eastAsia="zh-CN"/>
        </w:rPr>
        <w:t xml:space="preserve"> </w:t>
      </w:r>
      <w:r w:rsidRPr="006051D4">
        <w:rPr>
          <w:spacing w:val="120"/>
          <w:fitText w:val="960" w:id="-472383231"/>
          <w:lang w:eastAsia="zh-CN"/>
        </w:rPr>
        <w:t xml:space="preserve">氏　</w:t>
      </w:r>
      <w:r w:rsidRPr="006051D4">
        <w:rPr>
          <w:fitText w:val="960" w:id="-472383231"/>
          <w:lang w:eastAsia="zh-CN"/>
        </w:rPr>
        <w:t>名</w:t>
      </w:r>
      <w:r>
        <w:rPr>
          <w:lang w:eastAsia="zh-CN"/>
        </w:rPr>
        <w:t xml:space="preserve">：　　　　　　</w:t>
      </w:r>
      <w:r w:rsidR="006A32FE">
        <w:rPr>
          <w:rFonts w:hint="eastAsia"/>
          <w:lang w:eastAsia="zh-CN"/>
        </w:rPr>
        <w:t xml:space="preserve">　</w:t>
      </w:r>
      <w:r>
        <w:rPr>
          <w:lang w:eastAsia="zh-CN"/>
        </w:rPr>
        <w:t xml:space="preserve">　印</w:t>
      </w:r>
    </w:p>
    <w:p w14:paraId="5826F38A" w14:textId="72BBB731" w:rsidR="003E52C1" w:rsidRDefault="003E52C1" w:rsidP="003E52C1">
      <w:pPr>
        <w:rPr>
          <w:lang w:eastAsia="ja-JP"/>
        </w:rPr>
      </w:pPr>
      <w:r>
        <w:rPr>
          <w:rFonts w:hint="eastAsia"/>
          <w:lang w:eastAsia="zh-CN"/>
        </w:rPr>
        <w:t xml:space="preserve">　　　　　　　　　　　　　　　　　　　　　</w:t>
      </w:r>
      <w:r>
        <w:rPr>
          <w:lang w:eastAsia="zh-CN"/>
        </w:rPr>
        <w:t xml:space="preserve"> </w:t>
      </w:r>
      <w:r>
        <w:rPr>
          <w:lang w:eastAsia="ja-JP"/>
        </w:rPr>
        <w:t>電話番号：</w:t>
      </w:r>
    </w:p>
    <w:p w14:paraId="2D3DEAE8" w14:textId="77777777" w:rsidR="003E52C1" w:rsidRDefault="003E52C1" w:rsidP="003E52C1">
      <w:pPr>
        <w:rPr>
          <w:lang w:eastAsia="ja-JP"/>
        </w:rPr>
      </w:pPr>
    </w:p>
    <w:p w14:paraId="77400E0B" w14:textId="77777777" w:rsidR="00C564E6" w:rsidRDefault="00C564E6" w:rsidP="003E52C1">
      <w:pPr>
        <w:rPr>
          <w:lang w:eastAsia="ja-JP"/>
        </w:rPr>
      </w:pPr>
    </w:p>
    <w:p w14:paraId="201CB4CB" w14:textId="77777777" w:rsidR="006A32FE" w:rsidRDefault="006A32FE" w:rsidP="006A32FE">
      <w:pPr>
        <w:jc w:val="center"/>
        <w:rPr>
          <w:lang w:eastAsia="ja-JP"/>
        </w:rPr>
      </w:pPr>
      <w:r>
        <w:rPr>
          <w:rFonts w:hint="eastAsia"/>
          <w:lang w:eastAsia="ja-JP"/>
        </w:rPr>
        <w:t>紛争等に関する誓約書</w:t>
      </w:r>
    </w:p>
    <w:p w14:paraId="1CC2A6D8" w14:textId="1DB2FA83" w:rsidR="003E52C1" w:rsidRDefault="003E52C1" w:rsidP="006051D4">
      <w:pPr>
        <w:ind w:firstLineChars="100" w:firstLine="240"/>
        <w:rPr>
          <w:lang w:eastAsia="ja-JP"/>
        </w:rPr>
      </w:pPr>
      <w:r>
        <w:rPr>
          <w:rFonts w:hint="eastAsia"/>
          <w:lang w:eastAsia="ja-JP"/>
        </w:rPr>
        <w:t>私は、鏡石町不良</w:t>
      </w:r>
      <w:proofErr w:type="gramStart"/>
      <w:r>
        <w:rPr>
          <w:rFonts w:hint="eastAsia"/>
          <w:lang w:eastAsia="ja-JP"/>
        </w:rPr>
        <w:t>空家</w:t>
      </w:r>
      <w:proofErr w:type="gramEnd"/>
      <w:r>
        <w:rPr>
          <w:rFonts w:hint="eastAsia"/>
          <w:lang w:eastAsia="ja-JP"/>
        </w:rPr>
        <w:t>等解体補助金の申請にあたり、下記建築物に関し、相続人間その他関係者との間に紛争がないことを誓約するとともに、今後紛争が生じた場合は、自己の責任において解決し、町に一切の迷惑をかけないことを誓約します。</w:t>
      </w:r>
    </w:p>
    <w:p w14:paraId="5BA160A3" w14:textId="77777777" w:rsidR="00C564E6" w:rsidRDefault="00C564E6" w:rsidP="006051D4">
      <w:pPr>
        <w:ind w:firstLineChars="100" w:firstLine="240"/>
        <w:rPr>
          <w:lang w:eastAsia="ja-JP"/>
        </w:rPr>
      </w:pPr>
    </w:p>
    <w:p w14:paraId="5F928B08" w14:textId="77777777" w:rsidR="006A32FE" w:rsidRDefault="006A32FE" w:rsidP="006051D4">
      <w:pPr>
        <w:ind w:firstLineChars="100" w:firstLine="240"/>
        <w:rPr>
          <w:lang w:eastAsia="ja-JP"/>
        </w:rPr>
      </w:pPr>
    </w:p>
    <w:p w14:paraId="45E44DCA" w14:textId="77777777" w:rsidR="00C564E6" w:rsidRDefault="00C564E6" w:rsidP="00C564E6">
      <w:pPr>
        <w:jc w:val="center"/>
        <w:rPr>
          <w:lang w:eastAsia="ja-JP"/>
        </w:rPr>
      </w:pPr>
      <w:r>
        <w:rPr>
          <w:rFonts w:hint="eastAsia"/>
          <w:lang w:eastAsia="ja-JP"/>
        </w:rPr>
        <w:t>記</w:t>
      </w:r>
    </w:p>
    <w:p w14:paraId="728770CD" w14:textId="77777777" w:rsidR="003E52C1" w:rsidRDefault="003E52C1" w:rsidP="003E52C1">
      <w:pPr>
        <w:rPr>
          <w:lang w:eastAsia="ja-JP"/>
        </w:rPr>
      </w:pPr>
    </w:p>
    <w:p w14:paraId="35C0B55F" w14:textId="77777777" w:rsidR="00C564E6" w:rsidRPr="00C564E6" w:rsidRDefault="00C564E6" w:rsidP="003E52C1">
      <w:pPr>
        <w:rPr>
          <w:lang w:eastAsia="ja-JP"/>
        </w:rPr>
      </w:pPr>
    </w:p>
    <w:p w14:paraId="50FF5B7D" w14:textId="77777777" w:rsidR="003E52C1" w:rsidRDefault="003E52C1" w:rsidP="003E52C1">
      <w:pPr>
        <w:rPr>
          <w:lang w:eastAsia="ja-JP"/>
        </w:rPr>
      </w:pPr>
      <w:r>
        <w:rPr>
          <w:rFonts w:hint="eastAsia"/>
          <w:lang w:eastAsia="ja-JP"/>
        </w:rPr>
        <w:t>１　建築物の所在地：　鏡石町</w:t>
      </w:r>
      <w:r>
        <w:rPr>
          <w:lang w:eastAsia="ja-JP"/>
        </w:rPr>
        <w:t xml:space="preserve">  </w:t>
      </w:r>
    </w:p>
    <w:p w14:paraId="7C38DF7B" w14:textId="77777777" w:rsidR="00C564E6" w:rsidRDefault="00C564E6" w:rsidP="003E52C1">
      <w:pPr>
        <w:rPr>
          <w:lang w:eastAsia="ja-JP"/>
        </w:rPr>
      </w:pPr>
    </w:p>
    <w:p w14:paraId="02862DD7" w14:textId="77777777" w:rsidR="00C564E6" w:rsidRDefault="00C564E6" w:rsidP="003E52C1">
      <w:pPr>
        <w:rPr>
          <w:lang w:eastAsia="ja-JP"/>
        </w:rPr>
      </w:pPr>
    </w:p>
    <w:p w14:paraId="41258E1C" w14:textId="77777777" w:rsidR="00C564E6" w:rsidRDefault="00C564E6" w:rsidP="003E52C1">
      <w:pPr>
        <w:rPr>
          <w:lang w:eastAsia="ja-JP"/>
        </w:rPr>
      </w:pPr>
    </w:p>
    <w:p w14:paraId="473442F9" w14:textId="77777777" w:rsidR="00C564E6" w:rsidRDefault="003E52C1" w:rsidP="003E52C1">
      <w:pPr>
        <w:rPr>
          <w:lang w:eastAsia="ja-JP"/>
        </w:rPr>
      </w:pPr>
      <w:r>
        <w:rPr>
          <w:rFonts w:hint="eastAsia"/>
          <w:lang w:eastAsia="ja-JP"/>
        </w:rPr>
        <w:t>２　建築物の所有者又は管理者氏名：</w:t>
      </w:r>
      <w:r>
        <w:rPr>
          <w:lang w:eastAsia="ja-JP"/>
        </w:rPr>
        <w:t xml:space="preserve"> </w:t>
      </w:r>
    </w:p>
    <w:p w14:paraId="29B104E3" w14:textId="77777777" w:rsidR="00C564E6" w:rsidRDefault="00C564E6" w:rsidP="003E52C1">
      <w:pPr>
        <w:rPr>
          <w:lang w:eastAsia="ja-JP"/>
        </w:rPr>
      </w:pPr>
    </w:p>
    <w:p w14:paraId="5431F7FA" w14:textId="77777777" w:rsidR="00C564E6" w:rsidRDefault="00C564E6" w:rsidP="003E52C1">
      <w:pPr>
        <w:rPr>
          <w:lang w:eastAsia="ja-JP"/>
        </w:rPr>
      </w:pPr>
    </w:p>
    <w:p w14:paraId="6F659D5A" w14:textId="071538D5" w:rsidR="003E52C1" w:rsidRDefault="003E52C1" w:rsidP="003E52C1">
      <w:pPr>
        <w:rPr>
          <w:lang w:eastAsia="ja-JP"/>
        </w:rPr>
      </w:pPr>
      <w:r>
        <w:rPr>
          <w:lang w:eastAsia="ja-JP"/>
        </w:rPr>
        <w:t xml:space="preserve"> </w:t>
      </w:r>
    </w:p>
    <w:p w14:paraId="285288D2" w14:textId="77777777" w:rsidR="003E52C1" w:rsidRDefault="003E52C1" w:rsidP="003E52C1">
      <w:pPr>
        <w:rPr>
          <w:lang w:eastAsia="ja-JP"/>
        </w:rPr>
      </w:pPr>
      <w:r>
        <w:rPr>
          <w:rFonts w:hint="eastAsia"/>
          <w:lang w:eastAsia="ja-JP"/>
        </w:rPr>
        <w:t>３　所有者との続柄：</w:t>
      </w:r>
    </w:p>
    <w:p w14:paraId="6C809996" w14:textId="77777777" w:rsidR="00C564E6" w:rsidRDefault="00C564E6" w:rsidP="003E52C1">
      <w:pPr>
        <w:rPr>
          <w:lang w:eastAsia="ja-JP"/>
        </w:rPr>
      </w:pPr>
    </w:p>
    <w:p w14:paraId="0261E4DE" w14:textId="77777777" w:rsidR="00C564E6" w:rsidRDefault="00C564E6" w:rsidP="003E52C1">
      <w:pPr>
        <w:rPr>
          <w:lang w:eastAsia="ja-JP"/>
        </w:rPr>
      </w:pPr>
    </w:p>
    <w:p w14:paraId="0EF84B77" w14:textId="77777777" w:rsidR="00C564E6" w:rsidRDefault="00C564E6" w:rsidP="003E52C1">
      <w:pPr>
        <w:rPr>
          <w:lang w:eastAsia="ja-JP"/>
        </w:rPr>
      </w:pPr>
    </w:p>
    <w:p w14:paraId="034AFCBC" w14:textId="77777777" w:rsidR="00C564E6" w:rsidRDefault="00C564E6" w:rsidP="003E52C1">
      <w:pPr>
        <w:rPr>
          <w:lang w:eastAsia="ja-JP"/>
        </w:rPr>
      </w:pPr>
    </w:p>
    <w:p w14:paraId="7E6B6F39" w14:textId="77777777" w:rsidR="00C564E6" w:rsidRDefault="00C564E6" w:rsidP="003E52C1">
      <w:pPr>
        <w:rPr>
          <w:lang w:eastAsia="ja-JP"/>
        </w:rPr>
      </w:pPr>
    </w:p>
    <w:p w14:paraId="09224184" w14:textId="77777777" w:rsidR="00C564E6" w:rsidRDefault="00C564E6" w:rsidP="003E52C1">
      <w:pPr>
        <w:rPr>
          <w:lang w:eastAsia="ja-JP"/>
        </w:rPr>
      </w:pPr>
    </w:p>
    <w:p w14:paraId="4A086A04" w14:textId="77777777" w:rsidR="00C564E6" w:rsidRDefault="00C564E6" w:rsidP="003E52C1">
      <w:pPr>
        <w:rPr>
          <w:lang w:eastAsia="ja-JP"/>
        </w:rPr>
      </w:pPr>
    </w:p>
    <w:p w14:paraId="61BBD4EF" w14:textId="2FA0B086" w:rsidR="003E52C1" w:rsidRDefault="00C564E6" w:rsidP="00EF7CA9">
      <w:pPr>
        <w:rPr>
          <w:lang w:eastAsia="zh-CN"/>
        </w:rPr>
      </w:pPr>
      <w:r>
        <w:rPr>
          <w:rFonts w:hint="eastAsia"/>
          <w:lang w:eastAsia="ja-JP"/>
        </w:rPr>
        <w:t>※印は実印による押印とする。</w:t>
      </w:r>
    </w:p>
    <w:sectPr w:rsidR="003E52C1"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AE12" w14:textId="77777777" w:rsidR="00D76BDA" w:rsidRDefault="00D76BDA" w:rsidP="003E52C1">
      <w:r>
        <w:separator/>
      </w:r>
    </w:p>
  </w:endnote>
  <w:endnote w:type="continuationSeparator" w:id="0">
    <w:p w14:paraId="2A20535C" w14:textId="77777777" w:rsidR="00D76BDA" w:rsidRDefault="00D76BDA" w:rsidP="003E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16EC" w14:textId="77777777" w:rsidR="00D76BDA" w:rsidRDefault="00D76BDA" w:rsidP="003E52C1">
      <w:r>
        <w:separator/>
      </w:r>
    </w:p>
  </w:footnote>
  <w:footnote w:type="continuationSeparator" w:id="0">
    <w:p w14:paraId="481110C3" w14:textId="77777777" w:rsidR="00D76BDA" w:rsidRDefault="00D76BDA" w:rsidP="003E5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48465891">
    <w:abstractNumId w:val="8"/>
  </w:num>
  <w:num w:numId="2" w16cid:durableId="21590681">
    <w:abstractNumId w:val="6"/>
  </w:num>
  <w:num w:numId="3" w16cid:durableId="1501657915">
    <w:abstractNumId w:val="5"/>
  </w:num>
  <w:num w:numId="4" w16cid:durableId="36050900">
    <w:abstractNumId w:val="4"/>
  </w:num>
  <w:num w:numId="5" w16cid:durableId="523515466">
    <w:abstractNumId w:val="7"/>
  </w:num>
  <w:num w:numId="6" w16cid:durableId="1410232274">
    <w:abstractNumId w:val="3"/>
  </w:num>
  <w:num w:numId="7" w16cid:durableId="1090547957">
    <w:abstractNumId w:val="2"/>
  </w:num>
  <w:num w:numId="8" w16cid:durableId="1465735587">
    <w:abstractNumId w:val="1"/>
  </w:num>
  <w:num w:numId="9" w16cid:durableId="26970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7F7"/>
    <w:rsid w:val="00113EB8"/>
    <w:rsid w:val="00120420"/>
    <w:rsid w:val="001359D7"/>
    <w:rsid w:val="0015074B"/>
    <w:rsid w:val="0029639D"/>
    <w:rsid w:val="002F5A42"/>
    <w:rsid w:val="00326F90"/>
    <w:rsid w:val="003E52C1"/>
    <w:rsid w:val="00427809"/>
    <w:rsid w:val="005A1D13"/>
    <w:rsid w:val="006051D4"/>
    <w:rsid w:val="00670DFE"/>
    <w:rsid w:val="006776DC"/>
    <w:rsid w:val="00694EF8"/>
    <w:rsid w:val="006A32FE"/>
    <w:rsid w:val="00721002"/>
    <w:rsid w:val="00841256"/>
    <w:rsid w:val="008B622B"/>
    <w:rsid w:val="008C5262"/>
    <w:rsid w:val="00927D3E"/>
    <w:rsid w:val="00A95438"/>
    <w:rsid w:val="00AA1D8D"/>
    <w:rsid w:val="00AF1233"/>
    <w:rsid w:val="00B46489"/>
    <w:rsid w:val="00B47730"/>
    <w:rsid w:val="00B62FB0"/>
    <w:rsid w:val="00BC1679"/>
    <w:rsid w:val="00BF7042"/>
    <w:rsid w:val="00C564E6"/>
    <w:rsid w:val="00CB0664"/>
    <w:rsid w:val="00D27A29"/>
    <w:rsid w:val="00D76BDA"/>
    <w:rsid w:val="00D86C98"/>
    <w:rsid w:val="00E91EC2"/>
    <w:rsid w:val="00E921A9"/>
    <w:rsid w:val="00ED70AF"/>
    <w:rsid w:val="00EF7CA9"/>
    <w:rsid w:val="00F9452B"/>
    <w:rsid w:val="00FC693F"/>
    <w:rsid w:val="00FF4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98A149C"/>
  <w14:defaultImageDpi w14:val="300"/>
  <w15:docId w15:val="{FAC147DF-0F1D-4776-8530-22434B7D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94EF8"/>
    <w:rPr>
      <w:rFonts w:ascii="ＭＳ 明朝" w:hAnsi="ＭＳ 明朝"/>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フッター (文字)"/>
    <w:basedOn w:val="a2"/>
    <w:link w:val="a7"/>
    <w:uiPriority w:val="99"/>
    <w:rsid w:val="00E618BF"/>
  </w:style>
  <w:style w:type="paragraph" w:styleId="a9">
    <w:name w:val="No Spacing"/>
    <w:uiPriority w:val="1"/>
    <w:qFormat/>
    <w:rsid w:val="00FC693F"/>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3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Closing"/>
    <w:basedOn w:val="a1"/>
    <w:link w:val="aff0"/>
    <w:uiPriority w:val="99"/>
    <w:unhideWhenUsed/>
    <w:rsid w:val="003E52C1"/>
    <w:pPr>
      <w:jc w:val="right"/>
    </w:pPr>
    <w:rPr>
      <w:lang w:eastAsia="ja-JP"/>
    </w:rPr>
  </w:style>
  <w:style w:type="character" w:customStyle="1" w:styleId="aff0">
    <w:name w:val="結語 (文字)"/>
    <w:basedOn w:val="a2"/>
    <w:link w:val="aff"/>
    <w:uiPriority w:val="99"/>
    <w:rsid w:val="003E52C1"/>
    <w:rPr>
      <w:rFonts w:ascii="ＭＳ 明朝" w:hAnsi="ＭＳ 明朝"/>
      <w:sz w:val="24"/>
      <w:lang w:eastAsia="ja-JP"/>
    </w:rPr>
  </w:style>
  <w:style w:type="paragraph" w:styleId="aff1">
    <w:name w:val="Note Heading"/>
    <w:basedOn w:val="a1"/>
    <w:next w:val="a1"/>
    <w:link w:val="aff2"/>
    <w:uiPriority w:val="99"/>
    <w:unhideWhenUsed/>
    <w:rsid w:val="00F9452B"/>
    <w:pPr>
      <w:jc w:val="center"/>
    </w:pPr>
    <w:rPr>
      <w:lang w:eastAsia="ja-JP"/>
    </w:rPr>
  </w:style>
  <w:style w:type="character" w:customStyle="1" w:styleId="aff2">
    <w:name w:val="記 (文字)"/>
    <w:basedOn w:val="a2"/>
    <w:link w:val="aff1"/>
    <w:uiPriority w:val="99"/>
    <w:rsid w:val="00F9452B"/>
    <w:rPr>
      <w:rFonts w:ascii="ＭＳ 明朝" w:hAnsi="ＭＳ 明朝"/>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52</Words>
  <Characters>302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佐藤 綾祐</cp:lastModifiedBy>
  <cp:revision>10</cp:revision>
  <cp:lastPrinted>2026-04-20T05:10:00Z</cp:lastPrinted>
  <dcterms:created xsi:type="dcterms:W3CDTF">2026-03-26T15:19:00Z</dcterms:created>
  <dcterms:modified xsi:type="dcterms:W3CDTF">2026-08-06T01:55:00Z</dcterms:modified>
  <cp:category/>
</cp:coreProperties>
</file>