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84F9A" w14:textId="08AC8312" w:rsidR="008B622B" w:rsidRPr="008B622B" w:rsidRDefault="008B622B" w:rsidP="008B622B">
      <w:pPr>
        <w:rPr>
          <w:lang w:eastAsia="zh-CN"/>
        </w:rPr>
      </w:pPr>
      <w:r w:rsidRPr="008B622B">
        <w:rPr>
          <w:rFonts w:hint="eastAsia"/>
          <w:lang w:eastAsia="zh-CN"/>
        </w:rPr>
        <w:t>様式第</w:t>
      </w:r>
      <w:r>
        <w:rPr>
          <w:rFonts w:hint="eastAsia"/>
          <w:lang w:eastAsia="zh-CN"/>
        </w:rPr>
        <w:t>４</w:t>
      </w:r>
      <w:r w:rsidRPr="008B622B">
        <w:rPr>
          <w:rFonts w:hint="eastAsia"/>
          <w:lang w:eastAsia="zh-CN"/>
        </w:rPr>
        <w:t>号(第９条関係)</w:t>
      </w:r>
    </w:p>
    <w:p w14:paraId="4FD2746D" w14:textId="77777777" w:rsidR="008B622B" w:rsidRPr="008B622B" w:rsidRDefault="008B622B" w:rsidP="008B622B">
      <w:pPr>
        <w:rPr>
          <w:lang w:eastAsia="zh-CN"/>
        </w:rPr>
      </w:pPr>
    </w:p>
    <w:p w14:paraId="57C95D40" w14:textId="77777777" w:rsidR="008B622B" w:rsidRPr="008B622B" w:rsidRDefault="008B622B" w:rsidP="008B622B">
      <w:pPr>
        <w:jc w:val="right"/>
        <w:rPr>
          <w:lang w:eastAsia="zh-CN"/>
        </w:rPr>
      </w:pPr>
      <w:r w:rsidRPr="008B622B">
        <w:rPr>
          <w:rFonts w:hint="eastAsia"/>
          <w:lang w:eastAsia="zh-CN"/>
        </w:rPr>
        <w:t>年　　　月　　　日</w:t>
      </w:r>
    </w:p>
    <w:p w14:paraId="630B506A" w14:textId="481AB091" w:rsidR="008B622B" w:rsidRPr="008B622B" w:rsidRDefault="008B622B" w:rsidP="008B622B">
      <w:pPr>
        <w:rPr>
          <w:lang w:eastAsia="zh-CN"/>
        </w:rPr>
      </w:pPr>
      <w:r>
        <w:rPr>
          <w:rFonts w:hint="eastAsia"/>
          <w:lang w:eastAsia="zh-CN"/>
        </w:rPr>
        <w:t xml:space="preserve">　　鏡石町</w:t>
      </w:r>
      <w:r w:rsidRPr="008B622B">
        <w:rPr>
          <w:rFonts w:hint="eastAsia"/>
          <w:lang w:eastAsia="zh-CN"/>
        </w:rPr>
        <w:t>長</w:t>
      </w:r>
      <w:r>
        <w:rPr>
          <w:rFonts w:hint="eastAsia"/>
          <w:lang w:eastAsia="zh-CN"/>
        </w:rPr>
        <w:t xml:space="preserve">　様</w:t>
      </w:r>
    </w:p>
    <w:p w14:paraId="4418EF7D" w14:textId="77777777" w:rsidR="008B622B" w:rsidRPr="008B622B" w:rsidRDefault="008B622B" w:rsidP="008B622B">
      <w:pPr>
        <w:rPr>
          <w:lang w:eastAsia="zh-CN"/>
        </w:rPr>
      </w:pPr>
    </w:p>
    <w:p w14:paraId="0BA8675B" w14:textId="6BBF1CDF" w:rsidR="008B622B" w:rsidRPr="008B622B" w:rsidRDefault="008B622B" w:rsidP="008B622B">
      <w:pPr>
        <w:rPr>
          <w:lang w:eastAsia="zh-CN"/>
        </w:rPr>
      </w:pPr>
      <w:r w:rsidRPr="008B622B">
        <w:rPr>
          <w:rFonts w:hint="eastAsia"/>
          <w:lang w:eastAsia="zh-CN"/>
        </w:rPr>
        <w:t xml:space="preserve">　　　　　　　　　　　　　　　　　　　　　　住　　所</w:t>
      </w:r>
      <w:r>
        <w:rPr>
          <w:rFonts w:hint="eastAsia"/>
          <w:lang w:eastAsia="zh-CN"/>
        </w:rPr>
        <w:t>：</w:t>
      </w:r>
    </w:p>
    <w:p w14:paraId="5691B279" w14:textId="723D581A" w:rsidR="008B622B" w:rsidRPr="008B622B" w:rsidRDefault="008B622B" w:rsidP="008B622B">
      <w:pPr>
        <w:rPr>
          <w:lang w:eastAsia="zh-CN"/>
        </w:rPr>
      </w:pPr>
      <w:r w:rsidRPr="008B622B">
        <w:rPr>
          <w:rFonts w:hint="eastAsia"/>
          <w:lang w:eastAsia="zh-CN"/>
        </w:rPr>
        <w:t xml:space="preserve">　　　　　　　　　　　　　　　補助対象者　　氏　　名</w:t>
      </w:r>
      <w:r>
        <w:rPr>
          <w:rFonts w:hint="eastAsia"/>
          <w:lang w:eastAsia="zh-CN"/>
        </w:rPr>
        <w:t>：</w:t>
      </w:r>
      <w:r w:rsidRPr="008B622B">
        <w:rPr>
          <w:rFonts w:hint="eastAsia"/>
          <w:lang w:eastAsia="zh-CN"/>
        </w:rPr>
        <w:t xml:space="preserve">　　　　　　　　</w:t>
      </w:r>
    </w:p>
    <w:p w14:paraId="2E78B070" w14:textId="3F95C032" w:rsidR="008B622B" w:rsidRPr="008B622B" w:rsidRDefault="008B622B" w:rsidP="008B622B">
      <w:pPr>
        <w:rPr>
          <w:lang w:eastAsia="zh-CN"/>
        </w:rPr>
      </w:pPr>
      <w:r w:rsidRPr="008B622B">
        <w:rPr>
          <w:rFonts w:hint="eastAsia"/>
          <w:lang w:eastAsia="zh-CN"/>
        </w:rPr>
        <w:t xml:space="preserve">　　　　　　　　　　　　　　　　　　　　　　電話番号</w:t>
      </w:r>
      <w:r>
        <w:rPr>
          <w:rFonts w:hint="eastAsia"/>
          <w:lang w:eastAsia="zh-CN"/>
        </w:rPr>
        <w:t>：</w:t>
      </w:r>
    </w:p>
    <w:p w14:paraId="6715826A" w14:textId="77777777" w:rsidR="008B622B" w:rsidRPr="008B622B" w:rsidRDefault="008B622B" w:rsidP="008B622B">
      <w:pPr>
        <w:rPr>
          <w:lang w:eastAsia="zh-CN"/>
        </w:rPr>
      </w:pPr>
    </w:p>
    <w:p w14:paraId="0B885562" w14:textId="738D4699" w:rsidR="008B622B" w:rsidRPr="008B622B" w:rsidRDefault="008B622B" w:rsidP="008B622B">
      <w:pPr>
        <w:jc w:val="center"/>
        <w:rPr>
          <w:lang w:eastAsia="zh-CN"/>
        </w:rPr>
      </w:pPr>
      <w:r>
        <w:rPr>
          <w:rFonts w:hint="eastAsia"/>
          <w:lang w:eastAsia="zh-CN"/>
        </w:rPr>
        <w:t>鏡石町不良空家等解体</w:t>
      </w:r>
      <w:r w:rsidRPr="008B622B">
        <w:rPr>
          <w:rFonts w:hint="eastAsia"/>
          <w:lang w:eastAsia="zh-CN"/>
        </w:rPr>
        <w:t>補助金交付申請書</w:t>
      </w:r>
    </w:p>
    <w:p w14:paraId="084034A5" w14:textId="24ED2A8B" w:rsidR="008B622B" w:rsidRPr="008B622B" w:rsidRDefault="008B622B" w:rsidP="008B622B">
      <w:pPr>
        <w:rPr>
          <w:lang w:eastAsia="ja-JP"/>
        </w:rPr>
      </w:pPr>
      <w:r w:rsidRPr="008B622B">
        <w:rPr>
          <w:rFonts w:hint="eastAsia"/>
          <w:lang w:eastAsia="zh-CN"/>
        </w:rPr>
        <w:t xml:space="preserve">　　　</w:t>
      </w:r>
      <w:r w:rsidRPr="008B622B">
        <w:rPr>
          <w:rFonts w:hint="eastAsia"/>
          <w:lang w:eastAsia="ja-JP"/>
        </w:rPr>
        <w:t>年度において、</w:t>
      </w:r>
      <w:r>
        <w:rPr>
          <w:rFonts w:hint="eastAsia"/>
          <w:lang w:eastAsia="ja-JP"/>
        </w:rPr>
        <w:t>鏡石町不良</w:t>
      </w:r>
      <w:proofErr w:type="gramStart"/>
      <w:r>
        <w:rPr>
          <w:rFonts w:hint="eastAsia"/>
          <w:lang w:eastAsia="ja-JP"/>
        </w:rPr>
        <w:t>空家</w:t>
      </w:r>
      <w:proofErr w:type="gramEnd"/>
      <w:r>
        <w:rPr>
          <w:rFonts w:hint="eastAsia"/>
          <w:lang w:eastAsia="ja-JP"/>
        </w:rPr>
        <w:t>等解体</w:t>
      </w:r>
      <w:r w:rsidRPr="008B622B">
        <w:rPr>
          <w:rFonts w:hint="eastAsia"/>
          <w:lang w:eastAsia="ja-JP"/>
        </w:rPr>
        <w:t>補助金の交付を受けたいので、</w:t>
      </w:r>
      <w:r>
        <w:rPr>
          <w:rFonts w:hint="eastAsia"/>
          <w:lang w:eastAsia="ja-JP"/>
        </w:rPr>
        <w:t>鏡石町不良</w:t>
      </w:r>
      <w:proofErr w:type="gramStart"/>
      <w:r>
        <w:rPr>
          <w:rFonts w:hint="eastAsia"/>
          <w:lang w:eastAsia="ja-JP"/>
        </w:rPr>
        <w:t>空家</w:t>
      </w:r>
      <w:proofErr w:type="gramEnd"/>
      <w:r>
        <w:rPr>
          <w:rFonts w:hint="eastAsia"/>
          <w:lang w:eastAsia="ja-JP"/>
        </w:rPr>
        <w:t>等解体</w:t>
      </w:r>
      <w:r w:rsidRPr="008B622B">
        <w:rPr>
          <w:rFonts w:hint="eastAsia"/>
          <w:lang w:eastAsia="ja-JP"/>
        </w:rPr>
        <w:t>補助金要綱第９条の規定に基づき、関係書類を添えて下記のとおり申請します。</w:t>
      </w:r>
    </w:p>
    <w:p w14:paraId="22305F95" w14:textId="77777777" w:rsidR="008B622B" w:rsidRPr="008B622B" w:rsidRDefault="008B622B" w:rsidP="008B622B">
      <w:pPr>
        <w:rPr>
          <w:lang w:eastAsia="ja-JP"/>
        </w:rPr>
      </w:pP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28"/>
        <w:gridCol w:w="6233"/>
      </w:tblGrid>
      <w:tr w:rsidR="008B622B" w:rsidRPr="008B622B" w14:paraId="4F42A103" w14:textId="77777777">
        <w:trPr>
          <w:cantSplit/>
          <w:trHeight w:hRule="exact" w:val="509"/>
          <w:jc w:val="center"/>
        </w:trPr>
        <w:tc>
          <w:tcPr>
            <w:tcW w:w="22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4CF8F1A" w14:textId="77777777" w:rsidR="008B622B" w:rsidRPr="008B622B" w:rsidRDefault="008B622B" w:rsidP="008B622B">
            <w:pPr>
              <w:rPr>
                <w:lang w:eastAsia="ja-JP"/>
              </w:rPr>
            </w:pPr>
            <w:proofErr w:type="gramStart"/>
            <w:r w:rsidRPr="008B622B">
              <w:rPr>
                <w:rFonts w:hint="eastAsia"/>
                <w:lang w:eastAsia="ja-JP"/>
              </w:rPr>
              <w:t>空家</w:t>
            </w:r>
            <w:proofErr w:type="gramEnd"/>
            <w:r w:rsidRPr="008B622B">
              <w:rPr>
                <w:rFonts w:hint="eastAsia"/>
                <w:lang w:eastAsia="ja-JP"/>
              </w:rPr>
              <w:t>等所在地</w:t>
            </w:r>
          </w:p>
        </w:tc>
        <w:tc>
          <w:tcPr>
            <w:tcW w:w="6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9B1A639" w14:textId="303621F6" w:rsidR="008B622B" w:rsidRPr="008B622B" w:rsidRDefault="008B622B" w:rsidP="008B622B">
            <w:pPr>
              <w:rPr>
                <w:lang w:eastAsia="zh-CN"/>
              </w:rPr>
            </w:pPr>
            <w:r>
              <w:rPr>
                <w:rFonts w:hint="eastAsia"/>
                <w:lang w:eastAsia="ja-JP"/>
              </w:rPr>
              <w:t>鏡石町</w:t>
            </w:r>
            <w:r w:rsidRPr="008B622B">
              <w:rPr>
                <w:rFonts w:hint="eastAsia"/>
                <w:lang w:eastAsia="zh-CN"/>
              </w:rPr>
              <w:t xml:space="preserve">　　　　　　</w:t>
            </w:r>
          </w:p>
        </w:tc>
      </w:tr>
      <w:tr w:rsidR="005A1D13" w:rsidRPr="008B622B" w14:paraId="475692ED" w14:textId="77777777" w:rsidTr="005A1D13">
        <w:trPr>
          <w:cantSplit/>
          <w:trHeight w:hRule="exact" w:val="656"/>
          <w:jc w:val="center"/>
        </w:trPr>
        <w:tc>
          <w:tcPr>
            <w:tcW w:w="22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3BD39" w14:textId="740C5D1B" w:rsidR="005A1D13" w:rsidRPr="008B622B" w:rsidRDefault="005A1D13" w:rsidP="008B622B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事前調査結果</w:t>
            </w:r>
          </w:p>
        </w:tc>
        <w:tc>
          <w:tcPr>
            <w:tcW w:w="6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CEF33F" w14:textId="36A08906" w:rsidR="005A1D13" w:rsidRDefault="005A1D13" w:rsidP="005A1D13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通知年月日：</w:t>
            </w:r>
            <w:r w:rsidR="00427809">
              <w:rPr>
                <w:rFonts w:hint="eastAsia"/>
                <w:lang w:eastAsia="zh-CN"/>
              </w:rPr>
              <w:t xml:space="preserve">　　</w:t>
            </w:r>
            <w:r>
              <w:rPr>
                <w:rFonts w:hint="eastAsia"/>
                <w:lang w:eastAsia="zh-CN"/>
              </w:rPr>
              <w:t xml:space="preserve">　年　月　日</w:t>
            </w:r>
            <w:r>
              <w:rPr>
                <w:lang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 xml:space="preserve">　通知番号</w:t>
            </w:r>
          </w:p>
        </w:tc>
      </w:tr>
      <w:tr w:rsidR="008B622B" w:rsidRPr="008B622B" w14:paraId="54198ACC" w14:textId="77777777">
        <w:trPr>
          <w:cantSplit/>
          <w:trHeight w:hRule="exact" w:val="831"/>
          <w:jc w:val="center"/>
        </w:trPr>
        <w:tc>
          <w:tcPr>
            <w:tcW w:w="22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A27D4CB" w14:textId="77777777" w:rsidR="008B622B" w:rsidRPr="008B622B" w:rsidRDefault="008B622B" w:rsidP="008B622B">
            <w:pPr>
              <w:rPr>
                <w:lang w:eastAsia="ja-JP"/>
              </w:rPr>
            </w:pPr>
            <w:proofErr w:type="gramStart"/>
            <w:r w:rsidRPr="008B622B">
              <w:rPr>
                <w:rFonts w:hint="eastAsia"/>
                <w:lang w:eastAsia="ja-JP"/>
              </w:rPr>
              <w:t>空家</w:t>
            </w:r>
            <w:proofErr w:type="gramEnd"/>
            <w:r w:rsidRPr="008B622B">
              <w:rPr>
                <w:rFonts w:hint="eastAsia"/>
                <w:lang w:eastAsia="ja-JP"/>
              </w:rPr>
              <w:t>等所有者</w:t>
            </w:r>
          </w:p>
        </w:tc>
        <w:tc>
          <w:tcPr>
            <w:tcW w:w="6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51B4E61" w14:textId="77777777" w:rsidR="008B622B" w:rsidRPr="008B622B" w:rsidRDefault="008B622B" w:rsidP="008B622B">
            <w:pPr>
              <w:rPr>
                <w:lang w:eastAsia="ja-JP"/>
              </w:rPr>
            </w:pPr>
            <w:r w:rsidRPr="008B622B">
              <w:rPr>
                <w:rFonts w:hint="eastAsia"/>
                <w:lang w:eastAsia="ja-JP"/>
              </w:rPr>
              <w:t>住　所</w:t>
            </w:r>
          </w:p>
          <w:p w14:paraId="339AC8E3" w14:textId="77777777" w:rsidR="008B622B" w:rsidRPr="008B622B" w:rsidRDefault="008B622B" w:rsidP="008B622B">
            <w:pPr>
              <w:rPr>
                <w:lang w:eastAsia="ja-JP"/>
              </w:rPr>
            </w:pPr>
            <w:r w:rsidRPr="008B622B">
              <w:rPr>
                <w:rFonts w:hint="eastAsia"/>
                <w:lang w:eastAsia="ja-JP"/>
              </w:rPr>
              <w:t>氏　名</w:t>
            </w:r>
          </w:p>
        </w:tc>
      </w:tr>
      <w:tr w:rsidR="008B622B" w:rsidRPr="008B622B" w14:paraId="0BC6975E" w14:textId="77777777">
        <w:trPr>
          <w:cantSplit/>
          <w:trHeight w:hRule="exact" w:val="415"/>
          <w:jc w:val="center"/>
        </w:trPr>
        <w:tc>
          <w:tcPr>
            <w:tcW w:w="22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2EEA83F" w14:textId="77777777" w:rsidR="008B622B" w:rsidRPr="008B622B" w:rsidRDefault="008B622B" w:rsidP="008B622B">
            <w:pPr>
              <w:rPr>
                <w:lang w:eastAsia="ja-JP"/>
              </w:rPr>
            </w:pPr>
            <w:r w:rsidRPr="008B622B">
              <w:rPr>
                <w:rFonts w:hint="eastAsia"/>
                <w:lang w:eastAsia="ja-JP"/>
              </w:rPr>
              <w:t>他の権利設定</w:t>
            </w:r>
          </w:p>
        </w:tc>
        <w:tc>
          <w:tcPr>
            <w:tcW w:w="6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8B9678E" w14:textId="77777777" w:rsidR="008B622B" w:rsidRPr="008B622B" w:rsidRDefault="008B622B" w:rsidP="008B622B">
            <w:pPr>
              <w:rPr>
                <w:lang w:eastAsia="ja-JP"/>
              </w:rPr>
            </w:pPr>
            <w:r w:rsidRPr="008B622B">
              <w:rPr>
                <w:rFonts w:hint="eastAsia"/>
                <w:lang w:eastAsia="ja-JP"/>
              </w:rPr>
              <w:t>□　無　　□　有(　　　　　　　　　　　　　)</w:t>
            </w:r>
          </w:p>
        </w:tc>
      </w:tr>
      <w:tr w:rsidR="008B622B" w:rsidRPr="008B622B" w14:paraId="7CB9E9FE" w14:textId="77777777">
        <w:trPr>
          <w:cantSplit/>
          <w:trHeight w:hRule="exact" w:val="921"/>
          <w:jc w:val="center"/>
        </w:trPr>
        <w:tc>
          <w:tcPr>
            <w:tcW w:w="222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5CA9B063" w14:textId="77777777" w:rsidR="008B622B" w:rsidRPr="008B622B" w:rsidRDefault="008B622B" w:rsidP="008B622B">
            <w:pPr>
              <w:rPr>
                <w:lang w:eastAsia="ja-JP"/>
              </w:rPr>
            </w:pPr>
            <w:r w:rsidRPr="008B622B">
              <w:rPr>
                <w:rFonts w:hint="eastAsia"/>
                <w:lang w:eastAsia="ja-JP"/>
              </w:rPr>
              <w:t>申請者区分</w:t>
            </w:r>
          </w:p>
        </w:tc>
        <w:tc>
          <w:tcPr>
            <w:tcW w:w="623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74E0AB7D" w14:textId="77777777" w:rsidR="008B622B" w:rsidRPr="008B622B" w:rsidRDefault="008B622B" w:rsidP="008B622B">
            <w:pPr>
              <w:rPr>
                <w:lang w:eastAsia="ja-JP"/>
              </w:rPr>
            </w:pPr>
            <w:r w:rsidRPr="008B622B">
              <w:rPr>
                <w:rFonts w:hint="eastAsia"/>
                <w:lang w:eastAsia="ja-JP"/>
              </w:rPr>
              <w:t>□　補助対象</w:t>
            </w:r>
            <w:proofErr w:type="gramStart"/>
            <w:r w:rsidRPr="008B622B">
              <w:rPr>
                <w:rFonts w:hint="eastAsia"/>
                <w:lang w:eastAsia="ja-JP"/>
              </w:rPr>
              <w:t>空家</w:t>
            </w:r>
            <w:proofErr w:type="gramEnd"/>
            <w:r w:rsidRPr="008B622B">
              <w:rPr>
                <w:rFonts w:hint="eastAsia"/>
                <w:lang w:eastAsia="ja-JP"/>
              </w:rPr>
              <w:t>等の所有者</w:t>
            </w:r>
          </w:p>
          <w:p w14:paraId="6A1FDF55" w14:textId="77777777" w:rsidR="008B622B" w:rsidRPr="008B622B" w:rsidRDefault="008B622B" w:rsidP="008B622B">
            <w:pPr>
              <w:rPr>
                <w:lang w:eastAsia="ja-JP"/>
              </w:rPr>
            </w:pPr>
            <w:r w:rsidRPr="008B622B">
              <w:rPr>
                <w:rFonts w:hint="eastAsia"/>
                <w:lang w:eastAsia="ja-JP"/>
              </w:rPr>
              <w:t>□　補助対象</w:t>
            </w:r>
            <w:proofErr w:type="gramStart"/>
            <w:r w:rsidRPr="008B622B">
              <w:rPr>
                <w:rFonts w:hint="eastAsia"/>
                <w:lang w:eastAsia="ja-JP"/>
              </w:rPr>
              <w:t>空家</w:t>
            </w:r>
            <w:proofErr w:type="gramEnd"/>
            <w:r w:rsidRPr="008B622B">
              <w:rPr>
                <w:rFonts w:hint="eastAsia"/>
                <w:lang w:eastAsia="ja-JP"/>
              </w:rPr>
              <w:t>等の所有者の相続人</w:t>
            </w:r>
          </w:p>
          <w:p w14:paraId="63C7A2B5" w14:textId="77777777" w:rsidR="008B622B" w:rsidRPr="008B622B" w:rsidRDefault="008B622B" w:rsidP="008B622B">
            <w:pPr>
              <w:rPr>
                <w:lang w:eastAsia="ja-JP"/>
              </w:rPr>
            </w:pPr>
            <w:r w:rsidRPr="008B622B">
              <w:rPr>
                <w:rFonts w:hint="eastAsia"/>
                <w:lang w:eastAsia="ja-JP"/>
              </w:rPr>
              <w:t>□　その他町長が補助対象と認める者</w:t>
            </w:r>
          </w:p>
        </w:tc>
      </w:tr>
      <w:tr w:rsidR="008B622B" w:rsidRPr="008B622B" w14:paraId="4C476640" w14:textId="77777777">
        <w:trPr>
          <w:cantSplit/>
          <w:trHeight w:hRule="exact" w:val="1095"/>
          <w:jc w:val="center"/>
        </w:trPr>
        <w:tc>
          <w:tcPr>
            <w:tcW w:w="222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52B93A" w14:textId="77777777" w:rsidR="008B622B" w:rsidRPr="008B622B" w:rsidRDefault="008B622B" w:rsidP="008B622B">
            <w:pPr>
              <w:rPr>
                <w:lang w:eastAsia="ja-JP"/>
              </w:rPr>
            </w:pPr>
            <w:r w:rsidRPr="008B622B">
              <w:rPr>
                <w:rFonts w:hint="eastAsia"/>
                <w:lang w:eastAsia="ja-JP"/>
              </w:rPr>
              <w:t>補助</w:t>
            </w:r>
            <w:proofErr w:type="gramStart"/>
            <w:r w:rsidRPr="008B622B">
              <w:rPr>
                <w:rFonts w:hint="eastAsia"/>
                <w:lang w:eastAsia="ja-JP"/>
              </w:rPr>
              <w:t>空家</w:t>
            </w:r>
            <w:proofErr w:type="gramEnd"/>
            <w:r w:rsidRPr="008B622B">
              <w:rPr>
                <w:rFonts w:hint="eastAsia"/>
                <w:lang w:eastAsia="ja-JP"/>
              </w:rPr>
              <w:t>等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798949B" w14:textId="77777777" w:rsidR="008B622B" w:rsidRPr="008B622B" w:rsidRDefault="008B622B" w:rsidP="008B622B">
            <w:pPr>
              <w:rPr>
                <w:lang w:eastAsia="ja-JP"/>
              </w:rPr>
            </w:pPr>
            <w:r w:rsidRPr="008B622B">
              <w:rPr>
                <w:rFonts w:hint="eastAsia"/>
                <w:lang w:eastAsia="ja-JP"/>
              </w:rPr>
              <w:t>□　特定</w:t>
            </w:r>
            <w:proofErr w:type="gramStart"/>
            <w:r w:rsidRPr="008B622B">
              <w:rPr>
                <w:rFonts w:hint="eastAsia"/>
                <w:lang w:eastAsia="ja-JP"/>
              </w:rPr>
              <w:t>空家</w:t>
            </w:r>
            <w:proofErr w:type="gramEnd"/>
            <w:r w:rsidRPr="008B622B">
              <w:rPr>
                <w:rFonts w:hint="eastAsia"/>
                <w:lang w:eastAsia="ja-JP"/>
              </w:rPr>
              <w:t>等</w:t>
            </w:r>
          </w:p>
          <w:p w14:paraId="5389AA11" w14:textId="20DD9579" w:rsidR="008B622B" w:rsidRPr="008B622B" w:rsidRDefault="008B622B" w:rsidP="008B622B">
            <w:pPr>
              <w:rPr>
                <w:lang w:eastAsia="ja-JP"/>
              </w:rPr>
            </w:pPr>
            <w:r w:rsidRPr="008B622B">
              <w:rPr>
                <w:rFonts w:hint="eastAsia"/>
                <w:lang w:eastAsia="ja-JP"/>
              </w:rPr>
              <w:t xml:space="preserve">□　</w:t>
            </w:r>
            <w:r>
              <w:rPr>
                <w:rFonts w:hint="eastAsia"/>
                <w:lang w:eastAsia="ja-JP"/>
              </w:rPr>
              <w:t>管理不全</w:t>
            </w:r>
            <w:proofErr w:type="gramStart"/>
            <w:r>
              <w:rPr>
                <w:rFonts w:hint="eastAsia"/>
                <w:lang w:eastAsia="ja-JP"/>
              </w:rPr>
              <w:t>空家</w:t>
            </w:r>
            <w:proofErr w:type="gramEnd"/>
            <w:r>
              <w:rPr>
                <w:rFonts w:hint="eastAsia"/>
                <w:lang w:eastAsia="ja-JP"/>
              </w:rPr>
              <w:t>等</w:t>
            </w:r>
          </w:p>
          <w:p w14:paraId="634E4203" w14:textId="65E1D058" w:rsidR="008B622B" w:rsidRPr="008B622B" w:rsidRDefault="008B622B" w:rsidP="008B622B">
            <w:pPr>
              <w:rPr>
                <w:lang w:eastAsia="ja-JP"/>
              </w:rPr>
            </w:pPr>
            <w:r w:rsidRPr="008B622B">
              <w:rPr>
                <w:rFonts w:hint="eastAsia"/>
                <w:lang w:eastAsia="ja-JP"/>
              </w:rPr>
              <w:t xml:space="preserve">□　</w:t>
            </w:r>
            <w:r>
              <w:rPr>
                <w:rFonts w:hint="eastAsia"/>
                <w:lang w:eastAsia="ja-JP"/>
              </w:rPr>
              <w:t>不良</w:t>
            </w:r>
            <w:proofErr w:type="gramStart"/>
            <w:r>
              <w:rPr>
                <w:rFonts w:hint="eastAsia"/>
                <w:lang w:eastAsia="ja-JP"/>
              </w:rPr>
              <w:t>空家</w:t>
            </w:r>
            <w:proofErr w:type="gramEnd"/>
            <w:r>
              <w:rPr>
                <w:rFonts w:hint="eastAsia"/>
                <w:lang w:eastAsia="ja-JP"/>
              </w:rPr>
              <w:t>等</w:t>
            </w:r>
          </w:p>
        </w:tc>
      </w:tr>
      <w:tr w:rsidR="008B622B" w:rsidRPr="008B622B" w14:paraId="03C08302" w14:textId="77777777">
        <w:trPr>
          <w:cantSplit/>
          <w:trHeight w:hRule="exact" w:val="424"/>
          <w:jc w:val="center"/>
        </w:trPr>
        <w:tc>
          <w:tcPr>
            <w:tcW w:w="2228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A2A7413" w14:textId="77777777" w:rsidR="008B622B" w:rsidRPr="008B622B" w:rsidRDefault="008B622B" w:rsidP="008B622B">
            <w:pPr>
              <w:rPr>
                <w:lang w:eastAsia="ja-JP"/>
              </w:rPr>
            </w:pPr>
            <w:r w:rsidRPr="008B622B">
              <w:rPr>
                <w:rFonts w:hint="eastAsia"/>
                <w:lang w:eastAsia="ja-JP"/>
              </w:rPr>
              <w:t>補助対象事業費</w:t>
            </w:r>
          </w:p>
        </w:tc>
        <w:tc>
          <w:tcPr>
            <w:tcW w:w="6233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9B3DA09" w14:textId="77777777" w:rsidR="008B622B" w:rsidRPr="008B622B" w:rsidRDefault="008B622B" w:rsidP="008B622B">
            <w:pPr>
              <w:rPr>
                <w:lang w:eastAsia="ja-JP"/>
              </w:rPr>
            </w:pPr>
            <w:r w:rsidRPr="008B622B">
              <w:rPr>
                <w:rFonts w:hint="eastAsia"/>
                <w:lang w:eastAsia="ja-JP"/>
              </w:rPr>
              <w:t xml:space="preserve">　　　　　　　　　　　　　円　</w:t>
            </w:r>
          </w:p>
        </w:tc>
      </w:tr>
      <w:tr w:rsidR="008B622B" w:rsidRPr="008B622B" w14:paraId="5A661655" w14:textId="77777777">
        <w:trPr>
          <w:cantSplit/>
          <w:trHeight w:hRule="exact" w:val="432"/>
          <w:jc w:val="center"/>
        </w:trPr>
        <w:tc>
          <w:tcPr>
            <w:tcW w:w="2228" w:type="dxa"/>
            <w:tcBorders>
              <w:top w:val="dashed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0B6EA165" w14:textId="77777777" w:rsidR="008B622B" w:rsidRPr="008B622B" w:rsidRDefault="008B622B" w:rsidP="008B622B">
            <w:pPr>
              <w:rPr>
                <w:lang w:eastAsia="ja-JP"/>
              </w:rPr>
            </w:pPr>
            <w:r w:rsidRPr="008B622B">
              <w:rPr>
                <w:rFonts w:hint="eastAsia"/>
                <w:lang w:eastAsia="ja-JP"/>
              </w:rPr>
              <w:t>補助金交付申請額</w:t>
            </w:r>
          </w:p>
        </w:tc>
        <w:tc>
          <w:tcPr>
            <w:tcW w:w="623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E3265FA" w14:textId="77777777" w:rsidR="008B622B" w:rsidRPr="008B622B" w:rsidRDefault="008B622B" w:rsidP="008B622B">
            <w:pPr>
              <w:rPr>
                <w:lang w:eastAsia="ja-JP"/>
              </w:rPr>
            </w:pPr>
            <w:r w:rsidRPr="008B622B">
              <w:rPr>
                <w:rFonts w:hint="eastAsia"/>
                <w:lang w:eastAsia="ja-JP"/>
              </w:rPr>
              <w:t xml:space="preserve">　　　　　　　　　　　　　円</w:t>
            </w:r>
          </w:p>
          <w:p w14:paraId="5E7EE9D5" w14:textId="77777777" w:rsidR="008B622B" w:rsidRPr="008B622B" w:rsidRDefault="008B622B" w:rsidP="008B622B">
            <w:pPr>
              <w:rPr>
                <w:lang w:eastAsia="ja-JP"/>
              </w:rPr>
            </w:pPr>
          </w:p>
          <w:p w14:paraId="45DD6B31" w14:textId="77777777" w:rsidR="008B622B" w:rsidRPr="008B622B" w:rsidRDefault="008B622B" w:rsidP="008B622B">
            <w:pPr>
              <w:rPr>
                <w:lang w:eastAsia="ja-JP"/>
              </w:rPr>
            </w:pPr>
          </w:p>
        </w:tc>
      </w:tr>
    </w:tbl>
    <w:p w14:paraId="73E5A9B8" w14:textId="77777777" w:rsidR="008B622B" w:rsidRPr="008B622B" w:rsidRDefault="008B622B" w:rsidP="008B622B">
      <w:pPr>
        <w:rPr>
          <w:lang w:eastAsia="ja-JP"/>
        </w:rPr>
      </w:pPr>
    </w:p>
    <w:p w14:paraId="4CACF400" w14:textId="77777777" w:rsidR="008B622B" w:rsidRPr="008B622B" w:rsidRDefault="008B622B" w:rsidP="008B622B">
      <w:pPr>
        <w:rPr>
          <w:lang w:eastAsia="ja-JP"/>
        </w:rPr>
      </w:pPr>
      <w:r w:rsidRPr="008B622B">
        <w:rPr>
          <w:rFonts w:hint="eastAsia"/>
          <w:lang w:eastAsia="ja-JP"/>
        </w:rPr>
        <w:t>添付書類</w:t>
      </w:r>
    </w:p>
    <w:p w14:paraId="6673E6A4" w14:textId="77777777" w:rsidR="005A1D13" w:rsidRDefault="005A1D13" w:rsidP="005A1D13">
      <w:pPr>
        <w:rPr>
          <w:lang w:eastAsia="ja-JP"/>
        </w:rPr>
      </w:pPr>
      <w:r>
        <w:rPr>
          <w:rFonts w:hint="eastAsia"/>
          <w:lang w:eastAsia="ja-JP"/>
        </w:rPr>
        <w:t>４　添付書類</w:t>
      </w:r>
      <w:r>
        <w:rPr>
          <w:lang w:eastAsia="ja-JP"/>
        </w:rPr>
        <w:t xml:space="preserve">  </w:t>
      </w:r>
    </w:p>
    <w:p w14:paraId="0763FEDE" w14:textId="77777777" w:rsidR="005A1D13" w:rsidRDefault="005A1D13" w:rsidP="005A1D13">
      <w:pPr>
        <w:rPr>
          <w:lang w:eastAsia="ja-JP"/>
        </w:rPr>
      </w:pPr>
      <w:r>
        <w:rPr>
          <w:rFonts w:hint="eastAsia"/>
          <w:lang w:eastAsia="ja-JP"/>
        </w:rPr>
        <w:t>（１）事前調査結果通知書（写し）</w:t>
      </w:r>
      <w:r>
        <w:rPr>
          <w:lang w:eastAsia="ja-JP"/>
        </w:rPr>
        <w:t xml:space="preserve">  </w:t>
      </w:r>
    </w:p>
    <w:p w14:paraId="3D5494BA" w14:textId="77777777" w:rsidR="006776DC" w:rsidRDefault="005A1D13" w:rsidP="005A1D13">
      <w:pPr>
        <w:rPr>
          <w:lang w:eastAsia="ja-JP"/>
        </w:rPr>
      </w:pPr>
      <w:r>
        <w:rPr>
          <w:rFonts w:hint="eastAsia"/>
          <w:lang w:eastAsia="ja-JP"/>
        </w:rPr>
        <w:t>（２）</w:t>
      </w:r>
      <w:r w:rsidR="006776DC">
        <w:rPr>
          <w:rFonts w:hint="eastAsia"/>
          <w:lang w:eastAsia="ja-JP"/>
        </w:rPr>
        <w:t>位置図</w:t>
      </w:r>
    </w:p>
    <w:p w14:paraId="43BFD430" w14:textId="77777777" w:rsidR="006776DC" w:rsidRDefault="006776DC" w:rsidP="006776DC">
      <w:pPr>
        <w:rPr>
          <w:lang w:eastAsia="ja-JP"/>
        </w:rPr>
      </w:pPr>
      <w:r>
        <w:rPr>
          <w:rFonts w:hint="eastAsia"/>
          <w:lang w:eastAsia="ja-JP"/>
        </w:rPr>
        <w:t>（３）全景を撮影した現況写真</w:t>
      </w:r>
    </w:p>
    <w:p w14:paraId="22354399" w14:textId="52E7F132" w:rsidR="005A1D13" w:rsidRDefault="006776DC" w:rsidP="006776DC">
      <w:pPr>
        <w:rPr>
          <w:lang w:eastAsia="ja-JP"/>
        </w:rPr>
      </w:pPr>
      <w:r>
        <w:rPr>
          <w:rFonts w:hint="eastAsia"/>
          <w:lang w:eastAsia="ja-JP"/>
        </w:rPr>
        <w:t>（４）</w:t>
      </w:r>
      <w:r w:rsidR="005A1D13">
        <w:rPr>
          <w:rFonts w:hint="eastAsia"/>
          <w:lang w:eastAsia="ja-JP"/>
        </w:rPr>
        <w:t>工事見積書（内訳明細付き）</w:t>
      </w:r>
      <w:r w:rsidR="005A1D13">
        <w:rPr>
          <w:lang w:eastAsia="ja-JP"/>
        </w:rPr>
        <w:t xml:space="preserve">  </w:t>
      </w:r>
    </w:p>
    <w:p w14:paraId="6C742604" w14:textId="04F066C7" w:rsidR="005A1D13" w:rsidRDefault="005A1D13" w:rsidP="005A1D13">
      <w:pPr>
        <w:rPr>
          <w:lang w:eastAsia="ja-JP"/>
        </w:rPr>
      </w:pPr>
      <w:r>
        <w:rPr>
          <w:rFonts w:hint="eastAsia"/>
          <w:lang w:eastAsia="ja-JP"/>
        </w:rPr>
        <w:t>（</w:t>
      </w:r>
      <w:r w:rsidR="006776DC">
        <w:rPr>
          <w:rFonts w:hint="eastAsia"/>
          <w:lang w:eastAsia="ja-JP"/>
        </w:rPr>
        <w:t>５</w:t>
      </w:r>
      <w:r>
        <w:rPr>
          <w:rFonts w:hint="eastAsia"/>
          <w:lang w:eastAsia="ja-JP"/>
        </w:rPr>
        <w:t>）同意書（</w:t>
      </w:r>
      <w:r w:rsidR="00BF7042">
        <w:rPr>
          <w:rFonts w:hint="eastAsia"/>
          <w:lang w:eastAsia="ja-JP"/>
        </w:rPr>
        <w:t>該当する場合</w:t>
      </w:r>
      <w:r>
        <w:rPr>
          <w:rFonts w:hint="eastAsia"/>
          <w:lang w:eastAsia="ja-JP"/>
        </w:rPr>
        <w:t>）</w:t>
      </w:r>
      <w:r w:rsidR="00BF7042">
        <w:rPr>
          <w:rFonts w:hint="eastAsia"/>
          <w:lang w:eastAsia="ja-JP"/>
        </w:rPr>
        <w:t>※任意様式</w:t>
      </w:r>
    </w:p>
    <w:p w14:paraId="3EE3512D" w14:textId="541273AA" w:rsidR="005A1D13" w:rsidRDefault="005A1D13" w:rsidP="005A1D13">
      <w:pPr>
        <w:rPr>
          <w:lang w:eastAsia="ja-JP"/>
        </w:rPr>
      </w:pPr>
      <w:r>
        <w:rPr>
          <w:rFonts w:hint="eastAsia"/>
          <w:lang w:eastAsia="ja-JP"/>
        </w:rPr>
        <w:t>（</w:t>
      </w:r>
      <w:r w:rsidR="006776DC">
        <w:rPr>
          <w:rFonts w:hint="eastAsia"/>
          <w:lang w:eastAsia="ja-JP"/>
        </w:rPr>
        <w:t>６</w:t>
      </w:r>
      <w:r>
        <w:rPr>
          <w:rFonts w:hint="eastAsia"/>
          <w:lang w:eastAsia="ja-JP"/>
        </w:rPr>
        <w:t>）紛争等に関する誓約書</w:t>
      </w:r>
      <w:r>
        <w:rPr>
          <w:lang w:eastAsia="ja-JP"/>
        </w:rPr>
        <w:t xml:space="preserve">  </w:t>
      </w:r>
    </w:p>
    <w:p w14:paraId="31AE1094" w14:textId="2E199E34" w:rsidR="005A1D13" w:rsidRDefault="005A1D13" w:rsidP="005A1D13">
      <w:pPr>
        <w:rPr>
          <w:lang w:eastAsia="ja-JP"/>
        </w:rPr>
      </w:pPr>
      <w:r>
        <w:rPr>
          <w:rFonts w:hint="eastAsia"/>
          <w:lang w:eastAsia="ja-JP"/>
        </w:rPr>
        <w:t>（</w:t>
      </w:r>
      <w:r w:rsidR="006776DC">
        <w:rPr>
          <w:rFonts w:hint="eastAsia"/>
          <w:lang w:eastAsia="ja-JP"/>
        </w:rPr>
        <w:t>７</w:t>
      </w:r>
      <w:r>
        <w:rPr>
          <w:rFonts w:hint="eastAsia"/>
          <w:lang w:eastAsia="ja-JP"/>
        </w:rPr>
        <w:t>）その他町長が必要と認める書類</w:t>
      </w:r>
    </w:p>
    <w:sectPr w:rsidR="005A1D1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6AE12" w14:textId="77777777" w:rsidR="00D76BDA" w:rsidRDefault="00D76BDA" w:rsidP="003E52C1">
      <w:r>
        <w:separator/>
      </w:r>
    </w:p>
  </w:endnote>
  <w:endnote w:type="continuationSeparator" w:id="0">
    <w:p w14:paraId="2A20535C" w14:textId="77777777" w:rsidR="00D76BDA" w:rsidRDefault="00D76BDA" w:rsidP="003E5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216EC" w14:textId="77777777" w:rsidR="00D76BDA" w:rsidRDefault="00D76BDA" w:rsidP="003E52C1">
      <w:r>
        <w:separator/>
      </w:r>
    </w:p>
  </w:footnote>
  <w:footnote w:type="continuationSeparator" w:id="0">
    <w:p w14:paraId="481110C3" w14:textId="77777777" w:rsidR="00D76BDA" w:rsidRDefault="00D76BDA" w:rsidP="003E5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8465891">
    <w:abstractNumId w:val="8"/>
  </w:num>
  <w:num w:numId="2" w16cid:durableId="21590681">
    <w:abstractNumId w:val="6"/>
  </w:num>
  <w:num w:numId="3" w16cid:durableId="1501657915">
    <w:abstractNumId w:val="5"/>
  </w:num>
  <w:num w:numId="4" w16cid:durableId="36050900">
    <w:abstractNumId w:val="4"/>
  </w:num>
  <w:num w:numId="5" w16cid:durableId="523515466">
    <w:abstractNumId w:val="7"/>
  </w:num>
  <w:num w:numId="6" w16cid:durableId="1410232274">
    <w:abstractNumId w:val="3"/>
  </w:num>
  <w:num w:numId="7" w16cid:durableId="1090547957">
    <w:abstractNumId w:val="2"/>
  </w:num>
  <w:num w:numId="8" w16cid:durableId="1465735587">
    <w:abstractNumId w:val="1"/>
  </w:num>
  <w:num w:numId="9" w16cid:durableId="269704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17F7"/>
    <w:rsid w:val="00120420"/>
    <w:rsid w:val="001359D7"/>
    <w:rsid w:val="0015074B"/>
    <w:rsid w:val="0029639D"/>
    <w:rsid w:val="002F5A42"/>
    <w:rsid w:val="00326F90"/>
    <w:rsid w:val="003E52C1"/>
    <w:rsid w:val="00427809"/>
    <w:rsid w:val="005A1D13"/>
    <w:rsid w:val="006051D4"/>
    <w:rsid w:val="00670DFE"/>
    <w:rsid w:val="006776DC"/>
    <w:rsid w:val="00694EF8"/>
    <w:rsid w:val="006A32FE"/>
    <w:rsid w:val="00721002"/>
    <w:rsid w:val="007A1E3F"/>
    <w:rsid w:val="00841256"/>
    <w:rsid w:val="008B622B"/>
    <w:rsid w:val="008C5262"/>
    <w:rsid w:val="00927D3E"/>
    <w:rsid w:val="00A95438"/>
    <w:rsid w:val="00AA1D8D"/>
    <w:rsid w:val="00AF1233"/>
    <w:rsid w:val="00B46489"/>
    <w:rsid w:val="00B47730"/>
    <w:rsid w:val="00B62FB0"/>
    <w:rsid w:val="00BC1679"/>
    <w:rsid w:val="00BF7042"/>
    <w:rsid w:val="00C564E6"/>
    <w:rsid w:val="00CB0664"/>
    <w:rsid w:val="00D27A29"/>
    <w:rsid w:val="00D37799"/>
    <w:rsid w:val="00D76BDA"/>
    <w:rsid w:val="00D86C98"/>
    <w:rsid w:val="00E921A9"/>
    <w:rsid w:val="00EA2B96"/>
    <w:rsid w:val="00ED70AF"/>
    <w:rsid w:val="00F9452B"/>
    <w:rsid w:val="00FC693F"/>
    <w:rsid w:val="00FF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8A149C"/>
  <w14:defaultImageDpi w14:val="300"/>
  <w15:docId w15:val="{FAC147DF-0F1D-4776-8530-22434B7D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94EF8"/>
    <w:rPr>
      <w:rFonts w:ascii="ＭＳ 明朝" w:hAnsi="ＭＳ 明朝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3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">
    <w:name w:val="Closing"/>
    <w:basedOn w:val="a1"/>
    <w:link w:val="aff0"/>
    <w:uiPriority w:val="99"/>
    <w:unhideWhenUsed/>
    <w:rsid w:val="003E52C1"/>
    <w:pPr>
      <w:jc w:val="right"/>
    </w:pPr>
    <w:rPr>
      <w:lang w:eastAsia="ja-JP"/>
    </w:rPr>
  </w:style>
  <w:style w:type="character" w:customStyle="1" w:styleId="aff0">
    <w:name w:val="結語 (文字)"/>
    <w:basedOn w:val="a2"/>
    <w:link w:val="aff"/>
    <w:uiPriority w:val="99"/>
    <w:rsid w:val="003E52C1"/>
    <w:rPr>
      <w:rFonts w:ascii="ＭＳ 明朝" w:hAnsi="ＭＳ 明朝"/>
      <w:sz w:val="24"/>
      <w:lang w:eastAsia="ja-JP"/>
    </w:rPr>
  </w:style>
  <w:style w:type="paragraph" w:styleId="aff1">
    <w:name w:val="Note Heading"/>
    <w:basedOn w:val="a1"/>
    <w:next w:val="a1"/>
    <w:link w:val="aff2"/>
    <w:uiPriority w:val="99"/>
    <w:unhideWhenUsed/>
    <w:rsid w:val="00F9452B"/>
    <w:pPr>
      <w:jc w:val="center"/>
    </w:pPr>
    <w:rPr>
      <w:lang w:eastAsia="ja-JP"/>
    </w:rPr>
  </w:style>
  <w:style w:type="character" w:customStyle="1" w:styleId="aff2">
    <w:name w:val="記 (文字)"/>
    <w:basedOn w:val="a2"/>
    <w:link w:val="aff1"/>
    <w:uiPriority w:val="99"/>
    <w:rsid w:val="00F9452B"/>
    <w:rPr>
      <w:rFonts w:ascii="ＭＳ 明朝" w:hAnsi="ＭＳ 明朝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佐藤 綾祐</cp:lastModifiedBy>
  <cp:revision>10</cp:revision>
  <cp:lastPrinted>2026-04-20T05:10:00Z</cp:lastPrinted>
  <dcterms:created xsi:type="dcterms:W3CDTF">2026-03-26T15:19:00Z</dcterms:created>
  <dcterms:modified xsi:type="dcterms:W3CDTF">2026-08-06T01:40:00Z</dcterms:modified>
  <cp:category/>
</cp:coreProperties>
</file>