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D22CB" w14:textId="77777777" w:rsidR="00E921A9" w:rsidRPr="00E921A9" w:rsidRDefault="003E52C1" w:rsidP="00E921A9">
      <w:pPr>
        <w:rPr>
          <w:rFonts w:asciiTheme="minorEastAsia" w:hAnsiTheme="minorEastAsia"/>
          <w:lang w:eastAsia="zh-CN"/>
        </w:rPr>
      </w:pPr>
      <w:r w:rsidRPr="00E921A9">
        <w:rPr>
          <w:rFonts w:asciiTheme="minorEastAsia" w:hAnsiTheme="minorEastAsia" w:hint="eastAsia"/>
          <w:lang w:eastAsia="zh-CN"/>
        </w:rPr>
        <w:t xml:space="preserve">　</w:t>
      </w:r>
      <w:r w:rsidR="00E921A9" w:rsidRPr="00E921A9">
        <w:rPr>
          <w:rFonts w:asciiTheme="minorEastAsia" w:hAnsiTheme="minorEastAsia" w:hint="eastAsia"/>
          <w:lang w:eastAsia="zh-CN"/>
        </w:rPr>
        <w:t>様式第１号（第８条関係）</w:t>
      </w:r>
    </w:p>
    <w:p w14:paraId="784D1381" w14:textId="77777777" w:rsidR="00E921A9" w:rsidRPr="00E921A9" w:rsidRDefault="00E921A9" w:rsidP="00E921A9">
      <w:pPr>
        <w:jc w:val="center"/>
        <w:rPr>
          <w:rFonts w:asciiTheme="minorEastAsia" w:hAnsiTheme="minorEastAsia"/>
          <w:lang w:eastAsia="zh-CN"/>
        </w:rPr>
      </w:pPr>
    </w:p>
    <w:p w14:paraId="4C6FB90E" w14:textId="77777777" w:rsidR="00E921A9" w:rsidRPr="00E921A9" w:rsidRDefault="00E921A9" w:rsidP="00E921A9">
      <w:pPr>
        <w:jc w:val="center"/>
        <w:rPr>
          <w:rFonts w:asciiTheme="minorEastAsia" w:hAnsiTheme="minorEastAsia"/>
          <w:lang w:eastAsia="zh-CN"/>
        </w:rPr>
      </w:pPr>
    </w:p>
    <w:p w14:paraId="751B32A3" w14:textId="77777777" w:rsidR="00E921A9" w:rsidRDefault="00E921A9" w:rsidP="00E921A9">
      <w:pPr>
        <w:jc w:val="right"/>
        <w:rPr>
          <w:rFonts w:asciiTheme="minorEastAsia" w:hAnsiTheme="minorEastAsia"/>
          <w:lang w:eastAsia="zh-CN"/>
        </w:rPr>
      </w:pPr>
      <w:r w:rsidRPr="00E921A9">
        <w:rPr>
          <w:rFonts w:asciiTheme="minorEastAsia" w:hAnsiTheme="minorEastAsia" w:hint="eastAsia"/>
          <w:lang w:eastAsia="zh-CN"/>
        </w:rPr>
        <w:t>年　　月　　日</w:t>
      </w:r>
    </w:p>
    <w:p w14:paraId="739534ED" w14:textId="77777777" w:rsidR="006A32FE" w:rsidRPr="00E921A9" w:rsidRDefault="006A32FE" w:rsidP="00E921A9">
      <w:pPr>
        <w:jc w:val="right"/>
        <w:rPr>
          <w:rFonts w:asciiTheme="minorEastAsia" w:hAnsiTheme="minorEastAsia"/>
          <w:lang w:eastAsia="zh-CN"/>
        </w:rPr>
      </w:pPr>
    </w:p>
    <w:p w14:paraId="2F728E47" w14:textId="77777777" w:rsidR="00E921A9" w:rsidRPr="00E921A9" w:rsidRDefault="00E921A9" w:rsidP="00E921A9">
      <w:pPr>
        <w:jc w:val="right"/>
        <w:rPr>
          <w:rFonts w:asciiTheme="minorEastAsia" w:hAnsiTheme="minorEastAsia"/>
          <w:lang w:eastAsia="zh-CN"/>
        </w:rPr>
      </w:pPr>
    </w:p>
    <w:p w14:paraId="58C90565" w14:textId="77777777" w:rsidR="00E921A9" w:rsidRDefault="00E921A9" w:rsidP="00E921A9">
      <w:pPr>
        <w:rPr>
          <w:rFonts w:asciiTheme="minorEastAsia" w:hAnsiTheme="minorEastAsia"/>
          <w:lang w:eastAsia="zh-CN"/>
        </w:rPr>
      </w:pPr>
      <w:r w:rsidRPr="00E921A9">
        <w:rPr>
          <w:rFonts w:asciiTheme="minorEastAsia" w:hAnsiTheme="minorEastAsia" w:hint="eastAsia"/>
          <w:lang w:eastAsia="zh-CN"/>
        </w:rPr>
        <w:t xml:space="preserve">　　鏡石町長　様</w:t>
      </w:r>
    </w:p>
    <w:p w14:paraId="61E2EED7" w14:textId="77777777" w:rsidR="006A32FE" w:rsidRPr="00E921A9" w:rsidRDefault="006A32FE" w:rsidP="00E921A9">
      <w:pPr>
        <w:rPr>
          <w:rFonts w:asciiTheme="minorEastAsia" w:hAnsiTheme="minorEastAsia"/>
          <w:lang w:eastAsia="zh-CN"/>
        </w:rPr>
      </w:pPr>
    </w:p>
    <w:p w14:paraId="32E0D819" w14:textId="5E0B9F0B" w:rsidR="00E921A9" w:rsidRPr="00E921A9" w:rsidRDefault="00E921A9" w:rsidP="00E921A9">
      <w:pPr>
        <w:rPr>
          <w:rFonts w:asciiTheme="minorEastAsia" w:hAnsiTheme="minorEastAsia"/>
          <w:lang w:eastAsia="zh-CN"/>
        </w:rPr>
      </w:pPr>
      <w:r w:rsidRPr="00E921A9">
        <w:rPr>
          <w:rFonts w:asciiTheme="minorEastAsia" w:hAnsiTheme="minorEastAsia" w:hint="eastAsia"/>
          <w:lang w:eastAsia="zh-CN"/>
        </w:rPr>
        <w:t xml:space="preserve">　　　　　　　　　　　　　　　　　　　　　申請者　住　所</w:t>
      </w:r>
    </w:p>
    <w:p w14:paraId="76CEF9D7" w14:textId="66FB8179" w:rsidR="00E921A9" w:rsidRPr="00E921A9" w:rsidRDefault="00E921A9" w:rsidP="00E921A9">
      <w:pPr>
        <w:rPr>
          <w:rFonts w:asciiTheme="minorEastAsia" w:hAnsiTheme="minorEastAsia"/>
          <w:lang w:eastAsia="zh-CN"/>
        </w:rPr>
      </w:pPr>
      <w:r w:rsidRPr="00E921A9">
        <w:rPr>
          <w:rFonts w:asciiTheme="minorEastAsia" w:hAnsiTheme="minorEastAsia" w:hint="eastAsia"/>
          <w:lang w:eastAsia="zh-CN"/>
        </w:rPr>
        <w:t xml:space="preserve">　　　　　　　　　　　　　　　　　　　　　　　　　氏　名　　　　　　　</w:t>
      </w:r>
    </w:p>
    <w:p w14:paraId="7D53A73C" w14:textId="2A9DB650" w:rsidR="00E921A9" w:rsidRDefault="00E921A9" w:rsidP="00E921A9">
      <w:pPr>
        <w:rPr>
          <w:rFonts w:asciiTheme="minorEastAsia" w:hAnsiTheme="minorEastAsia"/>
          <w:lang w:eastAsia="zh-CN"/>
        </w:rPr>
      </w:pPr>
      <w:r w:rsidRPr="00E921A9">
        <w:rPr>
          <w:rFonts w:asciiTheme="minorEastAsia" w:hAnsiTheme="minorEastAsia" w:hint="eastAsia"/>
          <w:lang w:eastAsia="zh-CN"/>
        </w:rPr>
        <w:t xml:space="preserve">　　　　　　　　　　　　　　　　　　　　　　　　　連絡先</w:t>
      </w:r>
    </w:p>
    <w:p w14:paraId="3BAA246B" w14:textId="77777777" w:rsidR="006A32FE" w:rsidRDefault="006A32FE" w:rsidP="00E921A9">
      <w:pPr>
        <w:rPr>
          <w:rFonts w:asciiTheme="minorEastAsia" w:hAnsiTheme="minorEastAsia"/>
          <w:lang w:eastAsia="zh-CN"/>
        </w:rPr>
      </w:pPr>
    </w:p>
    <w:p w14:paraId="0FFEDE73" w14:textId="77777777" w:rsidR="006A32FE" w:rsidRPr="00E921A9" w:rsidRDefault="006A32FE" w:rsidP="00E921A9">
      <w:pPr>
        <w:rPr>
          <w:rFonts w:asciiTheme="minorEastAsia" w:hAnsiTheme="minorEastAsia"/>
          <w:lang w:eastAsia="zh-CN"/>
        </w:rPr>
      </w:pPr>
    </w:p>
    <w:p w14:paraId="0D43AC00" w14:textId="06D969ED" w:rsidR="00E921A9" w:rsidRPr="00E921A9" w:rsidRDefault="006A32FE" w:rsidP="006A32FE">
      <w:pPr>
        <w:jc w:val="center"/>
        <w:rPr>
          <w:rFonts w:asciiTheme="minorEastAsia" w:hAnsiTheme="minorEastAsia"/>
          <w:lang w:eastAsia="ja-JP"/>
        </w:rPr>
      </w:pPr>
      <w:r w:rsidRPr="00E921A9">
        <w:rPr>
          <w:rFonts w:asciiTheme="minorEastAsia" w:hAnsiTheme="minorEastAsia" w:hint="eastAsia"/>
          <w:lang w:eastAsia="ja-JP"/>
        </w:rPr>
        <w:t>事前調査申請書</w:t>
      </w:r>
    </w:p>
    <w:p w14:paraId="782A3192" w14:textId="77777777" w:rsidR="00E921A9" w:rsidRPr="00E921A9" w:rsidRDefault="00E921A9" w:rsidP="00E921A9">
      <w:pPr>
        <w:rPr>
          <w:rFonts w:asciiTheme="minorEastAsia" w:hAnsiTheme="minorEastAsia"/>
          <w:lang w:eastAsia="ja-JP"/>
        </w:rPr>
      </w:pPr>
      <w:r w:rsidRPr="00E921A9">
        <w:rPr>
          <w:rFonts w:asciiTheme="minorEastAsia" w:hAnsiTheme="minorEastAsia" w:hint="eastAsia"/>
          <w:lang w:eastAsia="ja-JP"/>
        </w:rPr>
        <w:t xml:space="preserve">　鏡石町不良</w:t>
      </w:r>
      <w:proofErr w:type="gramStart"/>
      <w:r w:rsidRPr="00E921A9">
        <w:rPr>
          <w:rFonts w:asciiTheme="minorEastAsia" w:hAnsiTheme="minorEastAsia" w:hint="eastAsia"/>
          <w:lang w:eastAsia="ja-JP"/>
        </w:rPr>
        <w:t>空家</w:t>
      </w:r>
      <w:proofErr w:type="gramEnd"/>
      <w:r w:rsidRPr="00E921A9">
        <w:rPr>
          <w:rFonts w:asciiTheme="minorEastAsia" w:hAnsiTheme="minorEastAsia" w:hint="eastAsia"/>
          <w:lang w:eastAsia="ja-JP"/>
        </w:rPr>
        <w:t>等解体補助金交付要綱第８条第１項の規定により、次のとおり事前調査を申請します。</w:t>
      </w:r>
    </w:p>
    <w:p w14:paraId="05BCA960" w14:textId="77777777" w:rsidR="00E921A9" w:rsidRPr="00E921A9" w:rsidRDefault="00E921A9" w:rsidP="00E921A9">
      <w:pPr>
        <w:rPr>
          <w:rFonts w:asciiTheme="minorEastAsia" w:hAnsiTheme="minorEastAsia"/>
          <w:lang w:eastAsia="ja-JP"/>
        </w:rPr>
      </w:pPr>
      <w:r w:rsidRPr="00E921A9">
        <w:rPr>
          <w:rFonts w:asciiTheme="minorEastAsia" w:hAnsiTheme="minorEastAsia" w:hint="eastAsia"/>
          <w:lang w:eastAsia="ja-JP"/>
        </w:rPr>
        <w:t xml:space="preserve">　また、申請内容の確認のために必要があるときは、不動産登記に関すること、固定資産に関すること、町税などに関すること、住民基本台帳及び戸籍台帳等に関することについて、町長が関係機関へ照会を行うこと及び申請に係る建築物の立入調査を行うことに同意します。</w:t>
      </w:r>
    </w:p>
    <w:p w14:paraId="31BA7AC1" w14:textId="77777777" w:rsidR="00E921A9" w:rsidRPr="00E921A9" w:rsidRDefault="00E921A9" w:rsidP="00E921A9">
      <w:pPr>
        <w:rPr>
          <w:rFonts w:asciiTheme="minorEastAsia" w:hAnsiTheme="minorEastAsia"/>
        </w:rPr>
      </w:pPr>
      <w:r w:rsidRPr="00E921A9">
        <w:rPr>
          <w:rFonts w:asciiTheme="minorEastAsia" w:hAnsiTheme="minorEastAsia" w:hint="eastAsia"/>
        </w:rPr>
        <w:t>【</w:t>
      </w:r>
      <w:proofErr w:type="spellStart"/>
      <w:r w:rsidRPr="00E921A9">
        <w:rPr>
          <w:rFonts w:asciiTheme="minorEastAsia" w:hAnsiTheme="minorEastAsia" w:hint="eastAsia"/>
        </w:rPr>
        <w:t>申請空家等</w:t>
      </w:r>
      <w:proofErr w:type="spellEnd"/>
      <w:r w:rsidRPr="00E921A9">
        <w:rPr>
          <w:rFonts w:asciiTheme="minorEastAsia" w:hAnsiTheme="minorEastAsia" w:hint="eastAsia"/>
        </w:rPr>
        <w:t>】</w:t>
      </w:r>
    </w:p>
    <w:tbl>
      <w:tblPr>
        <w:tblStyle w:val="afe"/>
        <w:tblW w:w="8505" w:type="dxa"/>
        <w:tblInd w:w="137" w:type="dxa"/>
        <w:tblLook w:val="04A0" w:firstRow="1" w:lastRow="0" w:firstColumn="1" w:lastColumn="0" w:noHBand="0" w:noVBand="1"/>
      </w:tblPr>
      <w:tblGrid>
        <w:gridCol w:w="1701"/>
        <w:gridCol w:w="6804"/>
      </w:tblGrid>
      <w:tr w:rsidR="00E921A9" w:rsidRPr="00E921A9" w14:paraId="71645849" w14:textId="77777777" w:rsidTr="00E921A9">
        <w:trPr>
          <w:trHeight w:val="5138"/>
        </w:trPr>
        <w:tc>
          <w:tcPr>
            <w:tcW w:w="1701" w:type="dxa"/>
            <w:vAlign w:val="center"/>
          </w:tcPr>
          <w:p w14:paraId="5A03FE67" w14:textId="77777777" w:rsidR="00E921A9" w:rsidRPr="00E921A9" w:rsidRDefault="00E921A9" w:rsidP="0036160F">
            <w:pPr>
              <w:jc w:val="center"/>
              <w:rPr>
                <w:rFonts w:asciiTheme="minorEastAsia" w:hAnsiTheme="minorEastAsia"/>
              </w:rPr>
            </w:pPr>
            <w:proofErr w:type="spellStart"/>
            <w:r w:rsidRPr="00E921A9">
              <w:rPr>
                <w:rFonts w:asciiTheme="minorEastAsia" w:hAnsiTheme="minorEastAsia" w:hint="eastAsia"/>
              </w:rPr>
              <w:t>建築物の概要</w:t>
            </w:r>
            <w:proofErr w:type="spellEnd"/>
          </w:p>
        </w:tc>
        <w:tc>
          <w:tcPr>
            <w:tcW w:w="6804" w:type="dxa"/>
          </w:tcPr>
          <w:p w14:paraId="66438969" w14:textId="77777777" w:rsidR="00E921A9" w:rsidRPr="00E921A9" w:rsidRDefault="00E921A9" w:rsidP="0036160F">
            <w:pPr>
              <w:rPr>
                <w:rFonts w:asciiTheme="minorEastAsia" w:hAnsiTheme="minorEastAsia"/>
                <w:lang w:eastAsia="ja-JP"/>
              </w:rPr>
            </w:pPr>
            <w:r w:rsidRPr="00E921A9">
              <w:rPr>
                <w:rFonts w:asciiTheme="minorEastAsia" w:hAnsiTheme="minorEastAsia" w:hint="eastAsia"/>
                <w:lang w:eastAsia="ja-JP"/>
              </w:rPr>
              <w:t>地名地番</w:t>
            </w:r>
          </w:p>
          <w:p w14:paraId="47FB72BC" w14:textId="77777777" w:rsidR="00E921A9" w:rsidRPr="00E921A9" w:rsidRDefault="00E921A9" w:rsidP="0036160F">
            <w:pPr>
              <w:rPr>
                <w:rFonts w:asciiTheme="minorEastAsia" w:hAnsiTheme="minorEastAsia"/>
                <w:lang w:eastAsia="ja-JP"/>
              </w:rPr>
            </w:pPr>
            <w:r w:rsidRPr="00E921A9">
              <w:rPr>
                <w:rFonts w:asciiTheme="minorEastAsia" w:hAnsiTheme="minorEastAsia" w:hint="eastAsia"/>
                <w:lang w:eastAsia="ja-JP"/>
              </w:rPr>
              <w:t>使用者の有無　　□有　・　□無</w:t>
            </w:r>
          </w:p>
          <w:p w14:paraId="146D7E3A" w14:textId="77777777" w:rsidR="00E921A9" w:rsidRPr="00E921A9" w:rsidRDefault="00E921A9" w:rsidP="0036160F">
            <w:pPr>
              <w:rPr>
                <w:rFonts w:asciiTheme="minorEastAsia" w:hAnsiTheme="minorEastAsia"/>
              </w:rPr>
            </w:pPr>
            <w:proofErr w:type="spellStart"/>
            <w:r w:rsidRPr="00E921A9">
              <w:rPr>
                <w:rFonts w:asciiTheme="minorEastAsia" w:hAnsiTheme="minorEastAsia" w:hint="eastAsia"/>
              </w:rPr>
              <w:t>建築年次</w:t>
            </w:r>
            <w:proofErr w:type="spellEnd"/>
            <w:r w:rsidRPr="00E921A9">
              <w:rPr>
                <w:rFonts w:asciiTheme="minorEastAsia" w:hAnsiTheme="minorEastAsia" w:hint="eastAsia"/>
              </w:rPr>
              <w:t xml:space="preserve">　　　　　　</w:t>
            </w:r>
            <w:proofErr w:type="spellStart"/>
            <w:r w:rsidRPr="00E921A9">
              <w:rPr>
                <w:rFonts w:asciiTheme="minorEastAsia" w:hAnsiTheme="minorEastAsia" w:hint="eastAsia"/>
              </w:rPr>
              <w:t>年建築</w:t>
            </w:r>
            <w:proofErr w:type="spellEnd"/>
          </w:p>
          <w:p w14:paraId="47902813" w14:textId="77777777" w:rsidR="00E921A9" w:rsidRPr="00E921A9" w:rsidRDefault="00E921A9" w:rsidP="0036160F">
            <w:pPr>
              <w:rPr>
                <w:rFonts w:asciiTheme="minorEastAsia" w:hAnsiTheme="minorEastAsia"/>
              </w:rPr>
            </w:pPr>
            <w:proofErr w:type="spellStart"/>
            <w:r w:rsidRPr="00E921A9">
              <w:rPr>
                <w:rFonts w:asciiTheme="minorEastAsia" w:hAnsiTheme="minorEastAsia" w:hint="eastAsia"/>
              </w:rPr>
              <w:t>用途（種類</w:t>
            </w:r>
            <w:proofErr w:type="spellEnd"/>
            <w:proofErr w:type="gramStart"/>
            <w:r w:rsidRPr="00E921A9">
              <w:rPr>
                <w:rFonts w:asciiTheme="minorEastAsia" w:hAnsiTheme="minorEastAsia" w:hint="eastAsia"/>
              </w:rPr>
              <w:t>）　　□</w:t>
            </w:r>
            <w:proofErr w:type="spellStart"/>
            <w:proofErr w:type="gramEnd"/>
            <w:r w:rsidRPr="00E921A9">
              <w:rPr>
                <w:rFonts w:asciiTheme="minorEastAsia" w:hAnsiTheme="minorEastAsia" w:hint="eastAsia"/>
              </w:rPr>
              <w:t>戸建住宅</w:t>
            </w:r>
            <w:proofErr w:type="spellEnd"/>
          </w:p>
          <w:p w14:paraId="005E32CE" w14:textId="77777777" w:rsidR="00E921A9" w:rsidRPr="00E921A9" w:rsidRDefault="00E921A9" w:rsidP="0036160F">
            <w:pPr>
              <w:rPr>
                <w:rFonts w:asciiTheme="minorEastAsia" w:hAnsiTheme="minorEastAsia"/>
              </w:rPr>
            </w:pPr>
            <w:r w:rsidRPr="00E921A9">
              <w:rPr>
                <w:rFonts w:asciiTheme="minorEastAsia" w:hAnsiTheme="minorEastAsia" w:hint="eastAsia"/>
              </w:rPr>
              <w:t xml:space="preserve">　　　　　　　　□</w:t>
            </w:r>
            <w:proofErr w:type="spellStart"/>
            <w:r w:rsidRPr="00E921A9">
              <w:rPr>
                <w:rFonts w:asciiTheme="minorEastAsia" w:hAnsiTheme="minorEastAsia" w:hint="eastAsia"/>
              </w:rPr>
              <w:t>長屋住宅</w:t>
            </w:r>
            <w:proofErr w:type="spellEnd"/>
            <w:r w:rsidRPr="00E921A9">
              <w:rPr>
                <w:rFonts w:asciiTheme="minorEastAsia" w:hAnsiTheme="minorEastAsia" w:hint="eastAsia"/>
              </w:rPr>
              <w:t>（　　　戸）</w:t>
            </w:r>
          </w:p>
          <w:p w14:paraId="38CFAA68" w14:textId="77777777" w:rsidR="00E921A9" w:rsidRPr="00E921A9" w:rsidRDefault="00E921A9" w:rsidP="0036160F">
            <w:pPr>
              <w:rPr>
                <w:rFonts w:asciiTheme="minorEastAsia" w:hAnsiTheme="minorEastAsia"/>
              </w:rPr>
            </w:pPr>
            <w:r w:rsidRPr="00E921A9">
              <w:rPr>
                <w:rFonts w:asciiTheme="minorEastAsia" w:hAnsiTheme="minorEastAsia" w:hint="eastAsia"/>
              </w:rPr>
              <w:t xml:space="preserve">　　　　　　　　□</w:t>
            </w:r>
            <w:proofErr w:type="spellStart"/>
            <w:r w:rsidRPr="00E921A9">
              <w:rPr>
                <w:rFonts w:asciiTheme="minorEastAsia" w:hAnsiTheme="minorEastAsia" w:hint="eastAsia"/>
              </w:rPr>
              <w:t>共同住宅</w:t>
            </w:r>
            <w:proofErr w:type="spellEnd"/>
          </w:p>
          <w:p w14:paraId="11C919A6" w14:textId="77777777" w:rsidR="00E921A9" w:rsidRPr="00E921A9" w:rsidRDefault="00E921A9" w:rsidP="0036160F">
            <w:pPr>
              <w:rPr>
                <w:rFonts w:asciiTheme="minorEastAsia" w:hAnsiTheme="minorEastAsia"/>
              </w:rPr>
            </w:pPr>
            <w:r w:rsidRPr="00E921A9">
              <w:rPr>
                <w:rFonts w:asciiTheme="minorEastAsia" w:hAnsiTheme="minorEastAsia" w:hint="eastAsia"/>
              </w:rPr>
              <w:t xml:space="preserve">　　　　　　　　□</w:t>
            </w:r>
            <w:proofErr w:type="spellStart"/>
            <w:r w:rsidRPr="00E921A9">
              <w:rPr>
                <w:rFonts w:asciiTheme="minorEastAsia" w:hAnsiTheme="minorEastAsia" w:hint="eastAsia"/>
              </w:rPr>
              <w:t>併用住宅</w:t>
            </w:r>
            <w:proofErr w:type="spellEnd"/>
          </w:p>
          <w:p w14:paraId="6AE9AA34" w14:textId="77777777" w:rsidR="00E921A9" w:rsidRPr="00E921A9" w:rsidRDefault="00E921A9" w:rsidP="0036160F">
            <w:pPr>
              <w:ind w:left="2160" w:hangingChars="900" w:hanging="2160"/>
              <w:rPr>
                <w:rFonts w:asciiTheme="minorEastAsia" w:hAnsiTheme="minorEastAsia"/>
                <w:lang w:eastAsia="ja-JP"/>
              </w:rPr>
            </w:pPr>
            <w:r w:rsidRPr="00E921A9">
              <w:rPr>
                <w:rFonts w:asciiTheme="minorEastAsia" w:hAnsiTheme="minorEastAsia" w:hint="eastAsia"/>
              </w:rPr>
              <w:t xml:space="preserve">　　　　　　　　</w:t>
            </w:r>
            <w:r w:rsidRPr="00E921A9">
              <w:rPr>
                <w:rFonts w:asciiTheme="minorEastAsia" w:hAnsiTheme="minorEastAsia" w:hint="eastAsia"/>
                <w:lang w:eastAsia="ja-JP"/>
              </w:rPr>
              <w:t>※併用住宅は、1/2以上が住宅の用に供されていたものに限る。</w:t>
            </w:r>
          </w:p>
          <w:p w14:paraId="21336FE0" w14:textId="77777777" w:rsidR="00E921A9" w:rsidRPr="00E921A9" w:rsidRDefault="00E921A9" w:rsidP="0036160F">
            <w:pPr>
              <w:ind w:left="2160" w:hangingChars="900" w:hanging="2160"/>
              <w:rPr>
                <w:rFonts w:asciiTheme="minorEastAsia" w:hAnsiTheme="minorEastAsia"/>
                <w:lang w:eastAsia="ja-JP"/>
              </w:rPr>
            </w:pPr>
            <w:r w:rsidRPr="00E921A9">
              <w:rPr>
                <w:rFonts w:asciiTheme="minorEastAsia" w:hAnsiTheme="minorEastAsia" w:hint="eastAsia"/>
                <w:lang w:eastAsia="ja-JP"/>
              </w:rPr>
              <w:t xml:space="preserve">　　　　　　　　□その他</w:t>
            </w:r>
          </w:p>
          <w:p w14:paraId="4D5795E7" w14:textId="77777777" w:rsidR="00E921A9" w:rsidRPr="00E921A9" w:rsidRDefault="00E921A9" w:rsidP="0036160F">
            <w:pPr>
              <w:ind w:left="2160" w:hangingChars="900" w:hanging="2160"/>
              <w:rPr>
                <w:rFonts w:asciiTheme="minorEastAsia" w:hAnsiTheme="minorEastAsia"/>
                <w:lang w:eastAsia="ja-JP"/>
              </w:rPr>
            </w:pPr>
          </w:p>
          <w:p w14:paraId="341E9B3B" w14:textId="77777777" w:rsidR="00E921A9" w:rsidRPr="00E921A9" w:rsidRDefault="00E921A9" w:rsidP="0036160F">
            <w:pPr>
              <w:ind w:left="2160" w:hangingChars="900" w:hanging="2160"/>
              <w:rPr>
                <w:rFonts w:asciiTheme="minorEastAsia" w:hAnsiTheme="minorEastAsia"/>
                <w:lang w:eastAsia="ja-JP"/>
              </w:rPr>
            </w:pPr>
            <w:r w:rsidRPr="00E921A9">
              <w:rPr>
                <w:rFonts w:asciiTheme="minorEastAsia" w:hAnsiTheme="minorEastAsia" w:hint="eastAsia"/>
                <w:lang w:eastAsia="ja-JP"/>
              </w:rPr>
              <w:t>建築面積　　　　　　　　㎡</w:t>
            </w:r>
          </w:p>
          <w:p w14:paraId="1535F7E2" w14:textId="77777777" w:rsidR="00E921A9" w:rsidRPr="00E921A9" w:rsidRDefault="00E921A9" w:rsidP="0036160F">
            <w:pPr>
              <w:ind w:left="2160" w:hangingChars="900" w:hanging="2160"/>
              <w:rPr>
                <w:rFonts w:asciiTheme="minorEastAsia" w:hAnsiTheme="minorEastAsia"/>
                <w:lang w:eastAsia="ja-JP"/>
              </w:rPr>
            </w:pPr>
            <w:r w:rsidRPr="00E921A9">
              <w:rPr>
                <w:rFonts w:asciiTheme="minorEastAsia" w:hAnsiTheme="minorEastAsia" w:hint="eastAsia"/>
                <w:lang w:eastAsia="ja-JP"/>
              </w:rPr>
              <w:t>延べ面積　　　　　　　　㎡</w:t>
            </w:r>
          </w:p>
          <w:p w14:paraId="52735D96" w14:textId="77777777" w:rsidR="00E921A9" w:rsidRPr="00E921A9" w:rsidRDefault="00E921A9" w:rsidP="0036160F">
            <w:pPr>
              <w:ind w:left="2160" w:hangingChars="900" w:hanging="2160"/>
              <w:rPr>
                <w:rFonts w:asciiTheme="minorEastAsia" w:hAnsiTheme="minorEastAsia"/>
                <w:lang w:eastAsia="zh-CN"/>
              </w:rPr>
            </w:pPr>
            <w:r w:rsidRPr="00E921A9">
              <w:rPr>
                <w:rFonts w:asciiTheme="minorEastAsia" w:hAnsiTheme="minorEastAsia" w:hint="eastAsia"/>
                <w:lang w:eastAsia="zh-CN"/>
              </w:rPr>
              <w:t>階　　数　　　　　　　　階</w:t>
            </w:r>
          </w:p>
          <w:p w14:paraId="2EDA1E15" w14:textId="77777777" w:rsidR="00E921A9" w:rsidRPr="00E921A9" w:rsidRDefault="00E921A9" w:rsidP="0036160F">
            <w:pPr>
              <w:ind w:left="2160" w:hangingChars="900" w:hanging="2160"/>
              <w:rPr>
                <w:rFonts w:asciiTheme="minorEastAsia" w:hAnsiTheme="minorEastAsia"/>
              </w:rPr>
            </w:pPr>
            <w:proofErr w:type="gramStart"/>
            <w:r w:rsidRPr="00E921A9">
              <w:rPr>
                <w:rFonts w:asciiTheme="minorEastAsia" w:hAnsiTheme="minorEastAsia" w:hint="eastAsia"/>
              </w:rPr>
              <w:t>構　　造</w:t>
            </w:r>
            <w:proofErr w:type="gramEnd"/>
            <w:r w:rsidRPr="00E921A9">
              <w:rPr>
                <w:rFonts w:asciiTheme="minorEastAsia" w:hAnsiTheme="minorEastAsia" w:hint="eastAsia"/>
              </w:rPr>
              <w:t xml:space="preserve">　　　　　　　　</w:t>
            </w:r>
            <w:proofErr w:type="spellStart"/>
            <w:r w:rsidRPr="00E921A9">
              <w:rPr>
                <w:rFonts w:asciiTheme="minorEastAsia" w:hAnsiTheme="minorEastAsia" w:hint="eastAsia"/>
              </w:rPr>
              <w:t>造</w:t>
            </w:r>
            <w:proofErr w:type="spellEnd"/>
          </w:p>
          <w:p w14:paraId="00C0D643" w14:textId="77777777" w:rsidR="00E921A9" w:rsidRPr="00E921A9" w:rsidRDefault="00E921A9" w:rsidP="0036160F">
            <w:pPr>
              <w:ind w:left="2160" w:hangingChars="900" w:hanging="2160"/>
              <w:rPr>
                <w:rFonts w:asciiTheme="minorEastAsia" w:hAnsiTheme="minorEastAsia"/>
              </w:rPr>
            </w:pPr>
          </w:p>
          <w:p w14:paraId="00E87886" w14:textId="77777777" w:rsidR="00E921A9" w:rsidRPr="00E921A9" w:rsidRDefault="00E921A9" w:rsidP="0036160F">
            <w:pPr>
              <w:rPr>
                <w:rFonts w:asciiTheme="minorEastAsia" w:hAnsiTheme="minorEastAsia"/>
              </w:rPr>
            </w:pPr>
          </w:p>
        </w:tc>
      </w:tr>
    </w:tbl>
    <w:p w14:paraId="319BE948" w14:textId="29224673" w:rsidR="00E921A9" w:rsidRDefault="006A32FE" w:rsidP="006A32FE">
      <w:pPr>
        <w:rPr>
          <w:rFonts w:asciiTheme="minorEastAsia" w:hAnsiTheme="minorEastAsia"/>
          <w:lang w:eastAsia="ja-JP"/>
        </w:rPr>
      </w:pPr>
      <w:r>
        <w:rPr>
          <w:rFonts w:asciiTheme="minorEastAsia" w:hAnsiTheme="minorEastAsia" w:hint="eastAsia"/>
          <w:lang w:eastAsia="ja-JP"/>
        </w:rPr>
        <w:t>※裏面も記載願います。</w:t>
      </w:r>
    </w:p>
    <w:p w14:paraId="3BF2E22C" w14:textId="6FDB7D36" w:rsidR="006A32FE" w:rsidRDefault="006A32FE">
      <w:pPr>
        <w:rPr>
          <w:rFonts w:asciiTheme="minorEastAsia" w:hAnsiTheme="minorEastAsia"/>
          <w:lang w:eastAsia="ja-JP"/>
        </w:rPr>
      </w:pPr>
      <w:r>
        <w:rPr>
          <w:rFonts w:asciiTheme="minorEastAsia" w:hAnsiTheme="minorEastAsia"/>
          <w:lang w:eastAsia="ja-JP"/>
        </w:rPr>
        <w:br w:type="page"/>
      </w:r>
    </w:p>
    <w:p w14:paraId="45514AF2" w14:textId="77777777" w:rsidR="00E921A9" w:rsidRPr="00E921A9" w:rsidRDefault="00E921A9" w:rsidP="00E921A9">
      <w:pPr>
        <w:rPr>
          <w:rFonts w:asciiTheme="minorEastAsia" w:hAnsiTheme="minorEastAsia"/>
        </w:rPr>
      </w:pPr>
      <w:r w:rsidRPr="00E921A9">
        <w:rPr>
          <w:rFonts w:asciiTheme="minorEastAsia" w:hAnsiTheme="minorEastAsia" w:hint="eastAsia"/>
        </w:rPr>
        <w:lastRenderedPageBreak/>
        <w:t>【</w:t>
      </w:r>
      <w:proofErr w:type="spellStart"/>
      <w:r w:rsidRPr="00E921A9">
        <w:rPr>
          <w:rFonts w:asciiTheme="minorEastAsia" w:hAnsiTheme="minorEastAsia" w:hint="eastAsia"/>
        </w:rPr>
        <w:t>申請者</w:t>
      </w:r>
      <w:proofErr w:type="spellEnd"/>
      <w:r w:rsidRPr="00E921A9">
        <w:rPr>
          <w:rFonts w:asciiTheme="minorEastAsia" w:hAnsiTheme="minorEastAsia" w:hint="eastAsia"/>
        </w:rPr>
        <w:t>】</w:t>
      </w:r>
    </w:p>
    <w:tbl>
      <w:tblPr>
        <w:tblStyle w:val="afe"/>
        <w:tblW w:w="0" w:type="auto"/>
        <w:tblLook w:val="04A0" w:firstRow="1" w:lastRow="0" w:firstColumn="1" w:lastColumn="0" w:noHBand="0" w:noVBand="1"/>
      </w:tblPr>
      <w:tblGrid>
        <w:gridCol w:w="1696"/>
        <w:gridCol w:w="6798"/>
      </w:tblGrid>
      <w:tr w:rsidR="00E921A9" w:rsidRPr="00E921A9" w14:paraId="37F51321" w14:textId="77777777" w:rsidTr="0036160F">
        <w:trPr>
          <w:trHeight w:val="4239"/>
        </w:trPr>
        <w:tc>
          <w:tcPr>
            <w:tcW w:w="1696" w:type="dxa"/>
            <w:vAlign w:val="center"/>
          </w:tcPr>
          <w:p w14:paraId="5AB4ECF2" w14:textId="77777777" w:rsidR="00E921A9" w:rsidRPr="00E921A9" w:rsidRDefault="00E921A9" w:rsidP="0036160F">
            <w:pPr>
              <w:jc w:val="center"/>
              <w:rPr>
                <w:rFonts w:asciiTheme="minorEastAsia" w:hAnsiTheme="minorEastAsia"/>
              </w:rPr>
            </w:pPr>
            <w:proofErr w:type="spellStart"/>
            <w:r w:rsidRPr="00E921A9">
              <w:rPr>
                <w:rFonts w:asciiTheme="minorEastAsia" w:hAnsiTheme="minorEastAsia" w:hint="eastAsia"/>
              </w:rPr>
              <w:t>申請者区分</w:t>
            </w:r>
            <w:proofErr w:type="spellEnd"/>
          </w:p>
        </w:tc>
        <w:tc>
          <w:tcPr>
            <w:tcW w:w="6798" w:type="dxa"/>
          </w:tcPr>
          <w:p w14:paraId="69F2E13E" w14:textId="77777777" w:rsidR="00E921A9" w:rsidRPr="00E921A9" w:rsidRDefault="00E921A9" w:rsidP="0036160F">
            <w:pPr>
              <w:rPr>
                <w:rFonts w:asciiTheme="minorEastAsia" w:hAnsiTheme="minorEastAsia"/>
                <w:lang w:eastAsia="ja-JP"/>
              </w:rPr>
            </w:pPr>
          </w:p>
          <w:p w14:paraId="25B805DB" w14:textId="77777777" w:rsidR="00E921A9" w:rsidRPr="00E921A9" w:rsidRDefault="00E921A9" w:rsidP="0036160F">
            <w:pPr>
              <w:rPr>
                <w:rFonts w:asciiTheme="minorEastAsia" w:hAnsiTheme="minorEastAsia"/>
                <w:lang w:eastAsia="ja-JP"/>
              </w:rPr>
            </w:pPr>
          </w:p>
          <w:p w14:paraId="1FC55F7A" w14:textId="77777777" w:rsidR="00E921A9" w:rsidRPr="00E921A9" w:rsidRDefault="00E921A9" w:rsidP="0036160F">
            <w:pPr>
              <w:rPr>
                <w:rFonts w:asciiTheme="minorEastAsia" w:hAnsiTheme="minorEastAsia"/>
                <w:lang w:eastAsia="ja-JP"/>
              </w:rPr>
            </w:pPr>
          </w:p>
          <w:p w14:paraId="1A7EA85D" w14:textId="77777777" w:rsidR="00E921A9" w:rsidRDefault="00E921A9" w:rsidP="0036160F">
            <w:pPr>
              <w:rPr>
                <w:rFonts w:asciiTheme="minorEastAsia" w:hAnsiTheme="minorEastAsia"/>
                <w:lang w:eastAsia="ja-JP"/>
              </w:rPr>
            </w:pPr>
            <w:r w:rsidRPr="00E921A9">
              <w:rPr>
                <w:rFonts w:asciiTheme="minorEastAsia" w:hAnsiTheme="minorEastAsia" w:hint="eastAsia"/>
                <w:lang w:eastAsia="ja-JP"/>
              </w:rPr>
              <w:t>□１．登記事項証明書（未登記の場合は、固定資産税家屋課</w:t>
            </w:r>
          </w:p>
          <w:p w14:paraId="326B3228" w14:textId="77777777" w:rsidR="00E921A9" w:rsidRDefault="00E921A9" w:rsidP="0036160F">
            <w:pPr>
              <w:ind w:firstLineChars="300" w:firstLine="720"/>
              <w:rPr>
                <w:rFonts w:asciiTheme="minorEastAsia" w:hAnsiTheme="minorEastAsia"/>
                <w:lang w:eastAsia="ja-JP"/>
              </w:rPr>
            </w:pPr>
            <w:r w:rsidRPr="00E921A9">
              <w:rPr>
                <w:rFonts w:asciiTheme="minorEastAsia" w:hAnsiTheme="minorEastAsia" w:hint="eastAsia"/>
                <w:lang w:eastAsia="ja-JP"/>
              </w:rPr>
              <w:t>税台帳又は固定資産税課税明細書）に所有者として記</w:t>
            </w:r>
          </w:p>
          <w:p w14:paraId="1CA8DD2B" w14:textId="1030925A" w:rsidR="00E921A9" w:rsidRPr="00E921A9" w:rsidRDefault="00E921A9" w:rsidP="0036160F">
            <w:pPr>
              <w:ind w:firstLineChars="300" w:firstLine="720"/>
              <w:rPr>
                <w:rFonts w:asciiTheme="minorEastAsia" w:hAnsiTheme="minorEastAsia"/>
                <w:lang w:eastAsia="ja-JP"/>
              </w:rPr>
            </w:pPr>
            <w:r w:rsidRPr="00E921A9">
              <w:rPr>
                <w:rFonts w:asciiTheme="minorEastAsia" w:hAnsiTheme="minorEastAsia" w:hint="eastAsia"/>
                <w:lang w:eastAsia="ja-JP"/>
              </w:rPr>
              <w:t>録されている者</w:t>
            </w:r>
          </w:p>
          <w:p w14:paraId="15396B67" w14:textId="77777777" w:rsidR="00E921A9" w:rsidRPr="00E921A9" w:rsidRDefault="00E921A9" w:rsidP="0036160F">
            <w:pPr>
              <w:rPr>
                <w:rFonts w:asciiTheme="minorEastAsia" w:hAnsiTheme="minorEastAsia"/>
                <w:lang w:eastAsia="ja-JP"/>
              </w:rPr>
            </w:pPr>
          </w:p>
          <w:p w14:paraId="56DA0B69" w14:textId="77777777" w:rsidR="00E921A9" w:rsidRPr="00E921A9" w:rsidRDefault="00E921A9" w:rsidP="0036160F">
            <w:pPr>
              <w:rPr>
                <w:rFonts w:asciiTheme="minorEastAsia" w:hAnsiTheme="minorEastAsia"/>
                <w:lang w:eastAsia="ja-JP"/>
              </w:rPr>
            </w:pPr>
          </w:p>
          <w:p w14:paraId="05F48F71" w14:textId="77777777" w:rsidR="00E921A9" w:rsidRPr="00E921A9" w:rsidRDefault="00E921A9" w:rsidP="0036160F">
            <w:pPr>
              <w:rPr>
                <w:rFonts w:asciiTheme="minorEastAsia" w:hAnsiTheme="minorEastAsia"/>
                <w:lang w:eastAsia="ja-JP"/>
              </w:rPr>
            </w:pPr>
            <w:r w:rsidRPr="00E921A9">
              <w:rPr>
                <w:rFonts w:asciiTheme="minorEastAsia" w:hAnsiTheme="minorEastAsia" w:hint="eastAsia"/>
                <w:lang w:eastAsia="ja-JP"/>
              </w:rPr>
              <w:t>□２．１の者の相続人</w:t>
            </w:r>
          </w:p>
          <w:p w14:paraId="122FA2CB" w14:textId="77777777" w:rsidR="00E921A9" w:rsidRPr="00E921A9" w:rsidRDefault="00E921A9" w:rsidP="0036160F">
            <w:pPr>
              <w:rPr>
                <w:rFonts w:asciiTheme="minorEastAsia" w:hAnsiTheme="minorEastAsia"/>
                <w:lang w:eastAsia="ja-JP"/>
              </w:rPr>
            </w:pPr>
          </w:p>
          <w:p w14:paraId="4884F6D3" w14:textId="77777777" w:rsidR="00E921A9" w:rsidRPr="00E921A9" w:rsidRDefault="00E921A9" w:rsidP="0036160F">
            <w:pPr>
              <w:rPr>
                <w:rFonts w:asciiTheme="minorEastAsia" w:hAnsiTheme="minorEastAsia"/>
                <w:lang w:eastAsia="ja-JP"/>
              </w:rPr>
            </w:pPr>
          </w:p>
          <w:p w14:paraId="2FFDD585" w14:textId="77777777" w:rsidR="00E921A9" w:rsidRPr="00E921A9" w:rsidRDefault="00E921A9" w:rsidP="0036160F">
            <w:pPr>
              <w:rPr>
                <w:rFonts w:asciiTheme="minorEastAsia" w:hAnsiTheme="minorEastAsia"/>
                <w:lang w:eastAsia="ja-JP"/>
              </w:rPr>
            </w:pPr>
          </w:p>
        </w:tc>
      </w:tr>
      <w:tr w:rsidR="00E921A9" w:rsidRPr="00E921A9" w14:paraId="78722DC4" w14:textId="77777777" w:rsidTr="00E921A9">
        <w:trPr>
          <w:trHeight w:val="1491"/>
        </w:trPr>
        <w:tc>
          <w:tcPr>
            <w:tcW w:w="1696" w:type="dxa"/>
            <w:vAlign w:val="center"/>
          </w:tcPr>
          <w:p w14:paraId="4FEB9B39" w14:textId="77777777" w:rsidR="00E921A9" w:rsidRPr="00E921A9" w:rsidRDefault="00E921A9" w:rsidP="0036160F">
            <w:pPr>
              <w:jc w:val="center"/>
              <w:rPr>
                <w:rFonts w:asciiTheme="minorEastAsia" w:hAnsiTheme="minorEastAsia"/>
              </w:rPr>
            </w:pPr>
            <w:proofErr w:type="spellStart"/>
            <w:r w:rsidRPr="00E921A9">
              <w:rPr>
                <w:rFonts w:asciiTheme="minorEastAsia" w:hAnsiTheme="minorEastAsia" w:hint="eastAsia"/>
              </w:rPr>
              <w:t>添付書類</w:t>
            </w:r>
            <w:proofErr w:type="spellEnd"/>
          </w:p>
        </w:tc>
        <w:tc>
          <w:tcPr>
            <w:tcW w:w="6798" w:type="dxa"/>
          </w:tcPr>
          <w:p w14:paraId="1CAEC96D" w14:textId="77777777" w:rsidR="00E921A9" w:rsidRPr="00E921A9" w:rsidRDefault="00E921A9" w:rsidP="0036160F">
            <w:pPr>
              <w:rPr>
                <w:rFonts w:asciiTheme="minorEastAsia" w:hAnsiTheme="minorEastAsia"/>
                <w:lang w:eastAsia="ja-JP"/>
              </w:rPr>
            </w:pPr>
            <w:r w:rsidRPr="00E921A9">
              <w:rPr>
                <w:rFonts w:asciiTheme="minorEastAsia" w:hAnsiTheme="minorEastAsia" w:hint="eastAsia"/>
                <w:lang w:eastAsia="ja-JP"/>
              </w:rPr>
              <w:t xml:space="preserve">　鏡石町不良</w:t>
            </w:r>
            <w:proofErr w:type="gramStart"/>
            <w:r w:rsidRPr="00E921A9">
              <w:rPr>
                <w:rFonts w:asciiTheme="minorEastAsia" w:hAnsiTheme="minorEastAsia" w:hint="eastAsia"/>
                <w:lang w:eastAsia="ja-JP"/>
              </w:rPr>
              <w:t>空家</w:t>
            </w:r>
            <w:proofErr w:type="gramEnd"/>
            <w:r w:rsidRPr="00E921A9">
              <w:rPr>
                <w:rFonts w:asciiTheme="minorEastAsia" w:hAnsiTheme="minorEastAsia" w:hint="eastAsia"/>
                <w:lang w:eastAsia="ja-JP"/>
              </w:rPr>
              <w:t>等解体補助金交付要綱第８条第２項各号に掲げる書類</w:t>
            </w:r>
          </w:p>
        </w:tc>
      </w:tr>
    </w:tbl>
    <w:p w14:paraId="4F52A9DE" w14:textId="6CEE2DBE" w:rsidR="00E921A9" w:rsidRPr="00E921A9" w:rsidRDefault="00E921A9" w:rsidP="00E921A9">
      <w:pPr>
        <w:rPr>
          <w:rFonts w:asciiTheme="minorEastAsia" w:hAnsiTheme="minorEastAsia"/>
          <w:lang w:eastAsia="ja-JP"/>
        </w:rPr>
      </w:pPr>
    </w:p>
    <w:p w14:paraId="61BBD4EF" w14:textId="3F49DDEF" w:rsidR="003E52C1" w:rsidRPr="00D124D1" w:rsidRDefault="003E52C1" w:rsidP="00D124D1">
      <w:pPr>
        <w:rPr>
          <w:rFonts w:ascii="ＭＳ ゴシック" w:eastAsia="ＭＳ ゴシック" w:hAnsi="ＭＳ ゴシック" w:hint="eastAsia"/>
          <w:lang w:eastAsia="ja-JP"/>
        </w:rPr>
      </w:pPr>
    </w:p>
    <w:sectPr w:rsidR="003E52C1" w:rsidRPr="00D124D1"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6AE12" w14:textId="77777777" w:rsidR="00D76BDA" w:rsidRDefault="00D76BDA" w:rsidP="003E52C1">
      <w:r>
        <w:separator/>
      </w:r>
    </w:p>
  </w:endnote>
  <w:endnote w:type="continuationSeparator" w:id="0">
    <w:p w14:paraId="2A20535C" w14:textId="77777777" w:rsidR="00D76BDA" w:rsidRDefault="00D76BDA" w:rsidP="003E5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6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216EC" w14:textId="77777777" w:rsidR="00D76BDA" w:rsidRDefault="00D76BDA" w:rsidP="003E52C1">
      <w:r>
        <w:separator/>
      </w:r>
    </w:p>
  </w:footnote>
  <w:footnote w:type="continuationSeparator" w:id="0">
    <w:p w14:paraId="481110C3" w14:textId="77777777" w:rsidR="00D76BDA" w:rsidRDefault="00D76BDA" w:rsidP="003E5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48465891">
    <w:abstractNumId w:val="8"/>
  </w:num>
  <w:num w:numId="2" w16cid:durableId="21590681">
    <w:abstractNumId w:val="6"/>
  </w:num>
  <w:num w:numId="3" w16cid:durableId="1501657915">
    <w:abstractNumId w:val="5"/>
  </w:num>
  <w:num w:numId="4" w16cid:durableId="36050900">
    <w:abstractNumId w:val="4"/>
  </w:num>
  <w:num w:numId="5" w16cid:durableId="523515466">
    <w:abstractNumId w:val="7"/>
  </w:num>
  <w:num w:numId="6" w16cid:durableId="1410232274">
    <w:abstractNumId w:val="3"/>
  </w:num>
  <w:num w:numId="7" w16cid:durableId="1090547957">
    <w:abstractNumId w:val="2"/>
  </w:num>
  <w:num w:numId="8" w16cid:durableId="1465735587">
    <w:abstractNumId w:val="1"/>
  </w:num>
  <w:num w:numId="9" w16cid:durableId="269704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17F7"/>
    <w:rsid w:val="00120420"/>
    <w:rsid w:val="001359D7"/>
    <w:rsid w:val="0015074B"/>
    <w:rsid w:val="00255FE1"/>
    <w:rsid w:val="0029639D"/>
    <w:rsid w:val="002F5A42"/>
    <w:rsid w:val="00326F90"/>
    <w:rsid w:val="003E52C1"/>
    <w:rsid w:val="00427809"/>
    <w:rsid w:val="005A1D13"/>
    <w:rsid w:val="006051D4"/>
    <w:rsid w:val="00670DFE"/>
    <w:rsid w:val="006776DC"/>
    <w:rsid w:val="00694EF8"/>
    <w:rsid w:val="006A32FE"/>
    <w:rsid w:val="00721002"/>
    <w:rsid w:val="00841256"/>
    <w:rsid w:val="008B622B"/>
    <w:rsid w:val="008C5262"/>
    <w:rsid w:val="00927D3E"/>
    <w:rsid w:val="00A95438"/>
    <w:rsid w:val="00AA1D8D"/>
    <w:rsid w:val="00AF1233"/>
    <w:rsid w:val="00B46489"/>
    <w:rsid w:val="00B47730"/>
    <w:rsid w:val="00B62FB0"/>
    <w:rsid w:val="00BC1679"/>
    <w:rsid w:val="00BF7042"/>
    <w:rsid w:val="00C564E6"/>
    <w:rsid w:val="00CB0664"/>
    <w:rsid w:val="00D124D1"/>
    <w:rsid w:val="00D27A29"/>
    <w:rsid w:val="00D76BDA"/>
    <w:rsid w:val="00D86C98"/>
    <w:rsid w:val="00E921A9"/>
    <w:rsid w:val="00ED70AF"/>
    <w:rsid w:val="00F55DC4"/>
    <w:rsid w:val="00F9452B"/>
    <w:rsid w:val="00FC693F"/>
    <w:rsid w:val="00FF4E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98A149C"/>
  <w14:defaultImageDpi w14:val="300"/>
  <w15:docId w15:val="{FAC147DF-0F1D-4776-8530-22434B7D4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94EF8"/>
    <w:rPr>
      <w:rFonts w:ascii="ＭＳ 明朝" w:hAnsi="ＭＳ 明朝"/>
      <w:sz w:val="24"/>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フッター (文字)"/>
    <w:basedOn w:val="a2"/>
    <w:link w:val="a7"/>
    <w:uiPriority w:val="99"/>
    <w:rsid w:val="00E618BF"/>
  </w:style>
  <w:style w:type="paragraph" w:styleId="a9">
    <w:name w:val="No Spacing"/>
    <w:uiPriority w:val="1"/>
    <w:qFormat/>
    <w:rsid w:val="00FC693F"/>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3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
    <w:name w:val="Closing"/>
    <w:basedOn w:val="a1"/>
    <w:link w:val="aff0"/>
    <w:uiPriority w:val="99"/>
    <w:unhideWhenUsed/>
    <w:rsid w:val="003E52C1"/>
    <w:pPr>
      <w:jc w:val="right"/>
    </w:pPr>
    <w:rPr>
      <w:lang w:eastAsia="ja-JP"/>
    </w:rPr>
  </w:style>
  <w:style w:type="character" w:customStyle="1" w:styleId="aff0">
    <w:name w:val="結語 (文字)"/>
    <w:basedOn w:val="a2"/>
    <w:link w:val="aff"/>
    <w:uiPriority w:val="99"/>
    <w:rsid w:val="003E52C1"/>
    <w:rPr>
      <w:rFonts w:ascii="ＭＳ 明朝" w:hAnsi="ＭＳ 明朝"/>
      <w:sz w:val="24"/>
      <w:lang w:eastAsia="ja-JP"/>
    </w:rPr>
  </w:style>
  <w:style w:type="paragraph" w:styleId="aff1">
    <w:name w:val="Note Heading"/>
    <w:basedOn w:val="a1"/>
    <w:next w:val="a1"/>
    <w:link w:val="aff2"/>
    <w:uiPriority w:val="99"/>
    <w:unhideWhenUsed/>
    <w:rsid w:val="00F9452B"/>
    <w:pPr>
      <w:jc w:val="center"/>
    </w:pPr>
    <w:rPr>
      <w:lang w:eastAsia="ja-JP"/>
    </w:rPr>
  </w:style>
  <w:style w:type="character" w:customStyle="1" w:styleId="aff2">
    <w:name w:val="記 (文字)"/>
    <w:basedOn w:val="a2"/>
    <w:link w:val="aff1"/>
    <w:uiPriority w:val="99"/>
    <w:rsid w:val="00F9452B"/>
    <w:rPr>
      <w:rFonts w:ascii="ＭＳ 明朝" w:hAnsi="ＭＳ 明朝"/>
      <w:sz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2</Pages>
  <Words>102</Words>
  <Characters>583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佐藤 綾祐</cp:lastModifiedBy>
  <cp:revision>10</cp:revision>
  <cp:lastPrinted>2026-04-20T05:10:00Z</cp:lastPrinted>
  <dcterms:created xsi:type="dcterms:W3CDTF">2026-03-26T15:19:00Z</dcterms:created>
  <dcterms:modified xsi:type="dcterms:W3CDTF">2026-08-06T01:38:00Z</dcterms:modified>
  <cp:category/>
</cp:coreProperties>
</file>